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26D0" w14:textId="77777777" w:rsidR="00A74CB4" w:rsidRPr="00A74CB4" w:rsidRDefault="00A74CB4">
      <w:pPr>
        <w:jc w:val="center"/>
        <w:rPr>
          <w:rFonts w:asciiTheme="majorHAnsi" w:hAnsiTheme="majorHAnsi" w:cstheme="majorHAnsi"/>
          <w:b/>
        </w:rPr>
      </w:pPr>
    </w:p>
    <w:p w14:paraId="697A90F4" w14:textId="77777777" w:rsidR="00A74CB4" w:rsidRPr="00A74CB4" w:rsidRDefault="00A74CB4">
      <w:pPr>
        <w:jc w:val="center"/>
        <w:rPr>
          <w:rFonts w:asciiTheme="majorHAnsi" w:hAnsiTheme="majorHAnsi" w:cstheme="majorHAnsi"/>
          <w:b/>
        </w:rPr>
      </w:pPr>
    </w:p>
    <w:p w14:paraId="5C78B963" w14:textId="3EBCBBB9" w:rsidR="00E952A0" w:rsidRPr="00A74CB4" w:rsidRDefault="00000000">
      <w:pPr>
        <w:jc w:val="center"/>
        <w:rPr>
          <w:rFonts w:asciiTheme="majorHAnsi" w:hAnsiTheme="majorHAnsi" w:cstheme="majorHAnsi"/>
          <w:sz w:val="22"/>
          <w:szCs w:val="28"/>
        </w:rPr>
      </w:pPr>
      <w:r w:rsidRPr="00A74CB4">
        <w:rPr>
          <w:rFonts w:asciiTheme="majorHAnsi" w:hAnsiTheme="majorHAnsi" w:cstheme="majorHAnsi"/>
          <w:b/>
          <w:sz w:val="22"/>
          <w:szCs w:val="28"/>
        </w:rPr>
        <w:t>DOCUMENTOS DE POSTULACIÓN</w:t>
      </w:r>
    </w:p>
    <w:p w14:paraId="1E6CEB7A" w14:textId="77777777" w:rsidR="00E952A0" w:rsidRPr="00A74CB4" w:rsidRDefault="00000000">
      <w:pPr>
        <w:jc w:val="center"/>
        <w:rPr>
          <w:rFonts w:asciiTheme="majorHAnsi" w:hAnsiTheme="majorHAnsi" w:cstheme="majorHAnsi"/>
        </w:rPr>
      </w:pPr>
      <w:r w:rsidRPr="00A74CB4">
        <w:rPr>
          <w:rFonts w:asciiTheme="majorHAnsi" w:hAnsiTheme="majorHAnsi" w:cstheme="majorHAnsi"/>
          <w:b/>
        </w:rPr>
        <w:t>FONDO JUVENTUD Y ACCIÓN CLIMÁTICA 2026</w:t>
      </w:r>
    </w:p>
    <w:p w14:paraId="306D18E3" w14:textId="77777777" w:rsidR="00E952A0" w:rsidRPr="00A74CB4" w:rsidRDefault="00000000">
      <w:pPr>
        <w:jc w:val="center"/>
        <w:rPr>
          <w:rFonts w:asciiTheme="majorHAnsi" w:hAnsiTheme="majorHAnsi" w:cstheme="majorHAnsi"/>
        </w:rPr>
      </w:pPr>
      <w:r w:rsidRPr="00A74CB4">
        <w:rPr>
          <w:rFonts w:asciiTheme="majorHAnsi" w:hAnsiTheme="majorHAnsi" w:cstheme="majorHAnsi"/>
          <w:b/>
        </w:rPr>
        <w:t>FORMATOS Y ANEXOS EDITABLES</w:t>
      </w:r>
    </w:p>
    <w:p w14:paraId="646085AB" w14:textId="16211660" w:rsidR="00E952A0" w:rsidRPr="00A74CB4" w:rsidRDefault="00A74CB4">
      <w:pPr>
        <w:jc w:val="center"/>
        <w:rPr>
          <w:rFonts w:asciiTheme="majorHAnsi" w:hAnsiTheme="majorHAnsi" w:cstheme="majorHAnsi"/>
          <w:sz w:val="24"/>
          <w:szCs w:val="24"/>
        </w:rPr>
      </w:pPr>
      <w:r w:rsidRPr="00A74CB4">
        <w:rPr>
          <w:rFonts w:asciiTheme="majorHAnsi" w:hAnsiTheme="majorHAnsi" w:cstheme="majorHAnsi"/>
          <w:sz w:val="24"/>
          <w:szCs w:val="24"/>
        </w:rPr>
        <w:t xml:space="preserve">Kit de </w:t>
      </w:r>
      <w:r w:rsidR="00000000" w:rsidRPr="00A74CB4">
        <w:rPr>
          <w:rFonts w:asciiTheme="majorHAnsi" w:hAnsiTheme="majorHAnsi" w:cstheme="majorHAnsi"/>
          <w:sz w:val="24"/>
          <w:szCs w:val="24"/>
        </w:rPr>
        <w:t>documentos para organizaciones postulantes, patrocinantes y equipos juveniles.</w:t>
      </w:r>
    </w:p>
    <w:p w14:paraId="65F4DCB7" w14:textId="77777777" w:rsidR="00E952A0" w:rsidRPr="00A74CB4" w:rsidRDefault="00000000">
      <w:pPr>
        <w:rPr>
          <w:rFonts w:asciiTheme="majorHAnsi" w:hAnsiTheme="majorHAnsi" w:cstheme="majorHAnsi"/>
          <w:sz w:val="24"/>
          <w:szCs w:val="24"/>
        </w:rPr>
      </w:pPr>
      <w:r w:rsidRPr="00A74CB4">
        <w:rPr>
          <w:rFonts w:asciiTheme="majorHAnsi" w:hAnsiTheme="majorHAnsi" w:cstheme="majorHAnsi"/>
          <w:sz w:val="24"/>
          <w:szCs w:val="24"/>
        </w:rPr>
        <w:t>Versión de trabajo elaborada sobre las Bases del Fondo Juventud y Acción Climática 2026 proporcionadas por la Municipalidad de Temuco.</w:t>
      </w:r>
    </w:p>
    <w:p w14:paraId="7DC45263" w14:textId="77777777" w:rsidR="00E952A0" w:rsidRPr="00A74CB4" w:rsidRDefault="00000000">
      <w:pPr>
        <w:pStyle w:val="Ttulo2"/>
        <w:rPr>
          <w:rFonts w:cstheme="majorHAnsi"/>
          <w:sz w:val="24"/>
          <w:szCs w:val="24"/>
        </w:rPr>
      </w:pPr>
      <w:r w:rsidRPr="00A74CB4">
        <w:rPr>
          <w:rFonts w:cstheme="majorHAnsi"/>
          <w:sz w:val="24"/>
          <w:szCs w:val="24"/>
        </w:rPr>
        <w:t>¿Qué contiene este documento?</w:t>
      </w:r>
    </w:p>
    <w:p w14:paraId="6F998E1B"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Lista completa de documentos exigidos y cuándo corresponden.</w:t>
      </w:r>
    </w:p>
    <w:p w14:paraId="70EDA29C"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Anexo 1: Plan de gastos y respaldos de precios.</w:t>
      </w:r>
    </w:p>
    <w:p w14:paraId="67841DCD"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Anexo 2: Nómina y carta de compromiso de jóvenes líderes.</w:t>
      </w:r>
    </w:p>
    <w:p w14:paraId="5278274D"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Anexo 3: Declaración jurada simple de no conflicto de interés e inhabilidades.</w:t>
      </w:r>
    </w:p>
    <w:p w14:paraId="6688890A"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Anexo 4: Compromiso de patrocinio y responsabilidad administrativa.</w:t>
      </w:r>
    </w:p>
    <w:p w14:paraId="1EFE3D32"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Anexo 5: Declaración de organización juvenil o al servicio de jóvenes.</w:t>
      </w:r>
    </w:p>
    <w:p w14:paraId="1A7E649C"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Anexo 6: Autorización de uso de espacio público, comunitario o privado.</w:t>
      </w:r>
    </w:p>
    <w:p w14:paraId="7DE6660C" w14:textId="77777777" w:rsidR="00E952A0" w:rsidRPr="00A74CB4" w:rsidRDefault="00000000">
      <w:pPr>
        <w:ind w:left="227" w:hanging="170"/>
        <w:rPr>
          <w:rFonts w:asciiTheme="majorHAnsi" w:hAnsiTheme="majorHAnsi" w:cstheme="majorHAnsi"/>
          <w:sz w:val="24"/>
          <w:szCs w:val="24"/>
        </w:rPr>
      </w:pPr>
      <w:r w:rsidRPr="00A74CB4">
        <w:rPr>
          <w:rFonts w:asciiTheme="majorHAnsi" w:hAnsiTheme="majorHAnsi" w:cstheme="majorHAnsi"/>
          <w:sz w:val="24"/>
          <w:szCs w:val="24"/>
        </w:rPr>
        <w:t>•  Guías para certificados oficiales y para presentar el video del proyecto.</w:t>
      </w:r>
    </w:p>
    <w:p w14:paraId="0AE5CF1A" w14:textId="77777777" w:rsidR="00E952A0" w:rsidRPr="00A74CB4" w:rsidRDefault="00000000">
      <w:pPr>
        <w:spacing w:before="100"/>
        <w:rPr>
          <w:rFonts w:asciiTheme="majorHAnsi" w:hAnsiTheme="majorHAnsi" w:cstheme="majorHAnsi"/>
          <w:sz w:val="24"/>
          <w:szCs w:val="24"/>
        </w:rPr>
      </w:pPr>
      <w:r w:rsidRPr="00A74CB4">
        <w:rPr>
          <w:rFonts w:asciiTheme="majorHAnsi" w:hAnsiTheme="majorHAnsi" w:cstheme="majorHAnsi"/>
          <w:i/>
          <w:sz w:val="24"/>
          <w:szCs w:val="24"/>
        </w:rPr>
        <w:t>Nota: Los modelos de estos anexos deben validarse por las unidades competentes del municipio antes de su publicación oficial. No reemplazan las Bases ni el formulario online.</w:t>
      </w:r>
    </w:p>
    <w:p w14:paraId="2D46CBEC" w14:textId="77777777" w:rsidR="00E952A0" w:rsidRPr="00A74CB4" w:rsidRDefault="00000000">
      <w:pPr>
        <w:rPr>
          <w:rFonts w:asciiTheme="majorHAnsi" w:hAnsiTheme="majorHAnsi" w:cstheme="majorHAnsi"/>
          <w:sz w:val="24"/>
          <w:szCs w:val="24"/>
        </w:rPr>
      </w:pPr>
      <w:r w:rsidRPr="00A74CB4">
        <w:rPr>
          <w:rFonts w:asciiTheme="majorHAnsi" w:hAnsiTheme="majorHAnsi" w:cstheme="majorHAnsi"/>
          <w:sz w:val="24"/>
          <w:szCs w:val="24"/>
        </w:rPr>
        <w:t xml:space="preserve">Consultas: </w:t>
      </w:r>
      <w:proofErr w:type="gramStart"/>
      <w:r w:rsidRPr="00A74CB4">
        <w:rPr>
          <w:rFonts w:asciiTheme="majorHAnsi" w:hAnsiTheme="majorHAnsi" w:cstheme="majorHAnsi"/>
          <w:sz w:val="24"/>
          <w:szCs w:val="24"/>
        </w:rPr>
        <w:t>temucolab@temuco.cl  |</w:t>
      </w:r>
      <w:proofErr w:type="gramEnd"/>
      <w:r w:rsidRPr="00A74CB4">
        <w:rPr>
          <w:rFonts w:asciiTheme="majorHAnsi" w:hAnsiTheme="majorHAnsi" w:cstheme="majorHAnsi"/>
          <w:sz w:val="24"/>
          <w:szCs w:val="24"/>
        </w:rPr>
        <w:t xml:space="preserve">  45 297 </w:t>
      </w:r>
      <w:proofErr w:type="gramStart"/>
      <w:r w:rsidRPr="00A74CB4">
        <w:rPr>
          <w:rFonts w:asciiTheme="majorHAnsi" w:hAnsiTheme="majorHAnsi" w:cstheme="majorHAnsi"/>
          <w:sz w:val="24"/>
          <w:szCs w:val="24"/>
        </w:rPr>
        <w:t>3167  |</w:t>
      </w:r>
      <w:proofErr w:type="gramEnd"/>
      <w:r w:rsidRPr="00A74CB4">
        <w:rPr>
          <w:rFonts w:asciiTheme="majorHAnsi" w:hAnsiTheme="majorHAnsi" w:cstheme="majorHAnsi"/>
          <w:sz w:val="24"/>
          <w:szCs w:val="24"/>
        </w:rPr>
        <w:t xml:space="preserve">  www.temuco.cl</w:t>
      </w:r>
    </w:p>
    <w:p w14:paraId="66CC453C" w14:textId="77777777" w:rsidR="00A74CB4" w:rsidRPr="00A74CB4" w:rsidRDefault="00000000">
      <w:pPr>
        <w:rPr>
          <w:rFonts w:asciiTheme="majorHAnsi" w:hAnsiTheme="majorHAnsi" w:cstheme="majorHAnsi"/>
        </w:rPr>
      </w:pPr>
      <w:r w:rsidRPr="00A74CB4">
        <w:rPr>
          <w:rFonts w:asciiTheme="majorHAnsi" w:hAnsiTheme="majorHAnsi" w:cstheme="majorHAnsi"/>
        </w:rPr>
        <w:br w:type="page"/>
      </w:r>
    </w:p>
    <w:p w14:paraId="10446C75" w14:textId="77777777" w:rsidR="00A74CB4" w:rsidRPr="00A74CB4" w:rsidRDefault="00A74CB4">
      <w:pPr>
        <w:rPr>
          <w:rFonts w:asciiTheme="majorHAnsi" w:hAnsiTheme="majorHAnsi" w:cstheme="majorHAnsi"/>
          <w:b/>
        </w:rPr>
      </w:pPr>
    </w:p>
    <w:p w14:paraId="51A0B01E" w14:textId="77777777" w:rsidR="00A74CB4" w:rsidRPr="00A74CB4" w:rsidRDefault="00A74CB4">
      <w:pPr>
        <w:rPr>
          <w:rFonts w:asciiTheme="majorHAnsi" w:hAnsiTheme="majorHAnsi" w:cstheme="majorHAnsi"/>
          <w:b/>
          <w:sz w:val="20"/>
          <w:szCs w:val="24"/>
        </w:rPr>
      </w:pPr>
    </w:p>
    <w:p w14:paraId="680BE52B" w14:textId="2C0186E4" w:rsidR="00E952A0" w:rsidRPr="00A74CB4" w:rsidRDefault="00000000">
      <w:pPr>
        <w:rPr>
          <w:rFonts w:asciiTheme="majorHAnsi" w:hAnsiTheme="majorHAnsi" w:cstheme="majorHAnsi"/>
          <w:b/>
          <w:sz w:val="24"/>
          <w:szCs w:val="32"/>
        </w:rPr>
      </w:pPr>
      <w:r w:rsidRPr="00A74CB4">
        <w:rPr>
          <w:rFonts w:asciiTheme="majorHAnsi" w:hAnsiTheme="majorHAnsi" w:cstheme="majorHAnsi"/>
          <w:b/>
          <w:sz w:val="24"/>
          <w:szCs w:val="32"/>
        </w:rPr>
        <w:t>GUÍA DE POSTULACIÓN</w:t>
      </w:r>
    </w:p>
    <w:p w14:paraId="2B639736" w14:textId="77777777" w:rsidR="00E952A0" w:rsidRPr="00A74CB4" w:rsidRDefault="00000000">
      <w:pPr>
        <w:pStyle w:val="Ttulo1"/>
        <w:rPr>
          <w:rFonts w:cstheme="majorHAnsi"/>
        </w:rPr>
      </w:pPr>
      <w:r w:rsidRPr="00A74CB4">
        <w:rPr>
          <w:rFonts w:cstheme="majorHAnsi"/>
        </w:rPr>
        <w:t>Lista de verificación documental</w:t>
      </w:r>
    </w:p>
    <w:p w14:paraId="26ACBE5F" w14:textId="77777777" w:rsidR="00E952A0" w:rsidRPr="00A74CB4" w:rsidRDefault="00000000">
      <w:pPr>
        <w:rPr>
          <w:rFonts w:asciiTheme="majorHAnsi" w:hAnsiTheme="majorHAnsi" w:cstheme="majorHAnsi"/>
          <w:sz w:val="22"/>
        </w:rPr>
      </w:pPr>
      <w:r w:rsidRPr="00A74CB4">
        <w:rPr>
          <w:rFonts w:asciiTheme="majorHAnsi" w:hAnsiTheme="majorHAnsi" w:cstheme="majorHAnsi"/>
          <w:sz w:val="22"/>
        </w:rPr>
        <w:t>Marque los antecedentes que corresponda presentar. La postulación se efectúa exclusivamente mediante el formulario digital municipal; estos anexos se completan, firman cuando corresponda y adjuntan conforme a las instrucciones de la plataforma.</w:t>
      </w:r>
    </w:p>
    <w:tbl>
      <w:tblPr>
        <w:tblStyle w:val="Tablaconcuadrcula"/>
        <w:tblW w:w="0" w:type="auto"/>
        <w:jc w:val="center"/>
        <w:tblLayout w:type="fixed"/>
        <w:tblLook w:val="04A0" w:firstRow="1" w:lastRow="0" w:firstColumn="1" w:lastColumn="0" w:noHBand="0" w:noVBand="1"/>
      </w:tblPr>
      <w:tblGrid>
        <w:gridCol w:w="765"/>
        <w:gridCol w:w="3757"/>
        <w:gridCol w:w="5087"/>
      </w:tblGrid>
      <w:tr w:rsidR="00E952A0" w:rsidRPr="00A74CB4" w14:paraId="1CAC23D9" w14:textId="77777777" w:rsidTr="00A74CB4">
        <w:trPr>
          <w:tblHeader/>
          <w:jc w:val="center"/>
        </w:trPr>
        <w:tc>
          <w:tcPr>
            <w:tcW w:w="765" w:type="dxa"/>
            <w:shd w:val="clear" w:color="auto" w:fill="EAEAEA"/>
            <w:vAlign w:val="center"/>
          </w:tcPr>
          <w:p w14:paraId="4C100E7D" w14:textId="77777777" w:rsidR="00E952A0" w:rsidRPr="00A74CB4" w:rsidRDefault="00000000">
            <w:pPr>
              <w:spacing w:before="20" w:after="20"/>
              <w:rPr>
                <w:rFonts w:asciiTheme="majorHAnsi" w:hAnsiTheme="majorHAnsi" w:cstheme="majorHAnsi"/>
                <w:sz w:val="22"/>
              </w:rPr>
            </w:pPr>
            <w:proofErr w:type="spellStart"/>
            <w:r w:rsidRPr="00A74CB4">
              <w:rPr>
                <w:rFonts w:asciiTheme="majorHAnsi" w:hAnsiTheme="majorHAnsi" w:cstheme="majorHAnsi"/>
                <w:b/>
                <w:sz w:val="22"/>
              </w:rPr>
              <w:t>N°</w:t>
            </w:r>
            <w:proofErr w:type="spellEnd"/>
          </w:p>
        </w:tc>
        <w:tc>
          <w:tcPr>
            <w:tcW w:w="3757" w:type="dxa"/>
            <w:shd w:val="clear" w:color="auto" w:fill="EAEAEA"/>
            <w:vAlign w:val="center"/>
          </w:tcPr>
          <w:p w14:paraId="1F08B24B"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b/>
                <w:sz w:val="22"/>
              </w:rPr>
              <w:t>Documento</w:t>
            </w:r>
          </w:p>
        </w:tc>
        <w:tc>
          <w:tcPr>
            <w:tcW w:w="5087" w:type="dxa"/>
            <w:shd w:val="clear" w:color="auto" w:fill="EAEAEA"/>
            <w:vAlign w:val="center"/>
          </w:tcPr>
          <w:p w14:paraId="2BACBBC4"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b/>
                <w:sz w:val="22"/>
              </w:rPr>
              <w:t>Qué presentar</w:t>
            </w:r>
          </w:p>
        </w:tc>
      </w:tr>
      <w:tr w:rsidR="00E952A0" w:rsidRPr="00A74CB4" w14:paraId="68AE5003" w14:textId="77777777" w:rsidTr="00A74CB4">
        <w:trPr>
          <w:jc w:val="center"/>
        </w:trPr>
        <w:tc>
          <w:tcPr>
            <w:tcW w:w="765" w:type="dxa"/>
            <w:vAlign w:val="center"/>
          </w:tcPr>
          <w:p w14:paraId="12E806EA"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01</w:t>
            </w:r>
          </w:p>
        </w:tc>
        <w:tc>
          <w:tcPr>
            <w:tcW w:w="3757" w:type="dxa"/>
            <w:vAlign w:val="center"/>
          </w:tcPr>
          <w:p w14:paraId="6A5DF2A2"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Formulario online del proyecto</w:t>
            </w:r>
          </w:p>
        </w:tc>
        <w:tc>
          <w:tcPr>
            <w:tcW w:w="5087" w:type="dxa"/>
            <w:vAlign w:val="center"/>
          </w:tcPr>
          <w:p w14:paraId="31321076"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Se completa en la plataforma; no se reemplaza con este Word.</w:t>
            </w:r>
          </w:p>
        </w:tc>
      </w:tr>
      <w:tr w:rsidR="00E952A0" w:rsidRPr="00A74CB4" w14:paraId="249A0DBE" w14:textId="77777777" w:rsidTr="00A74CB4">
        <w:trPr>
          <w:jc w:val="center"/>
        </w:trPr>
        <w:tc>
          <w:tcPr>
            <w:tcW w:w="765" w:type="dxa"/>
            <w:vAlign w:val="center"/>
          </w:tcPr>
          <w:p w14:paraId="0240786E"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02</w:t>
            </w:r>
          </w:p>
        </w:tc>
        <w:tc>
          <w:tcPr>
            <w:tcW w:w="3757" w:type="dxa"/>
            <w:vAlign w:val="center"/>
          </w:tcPr>
          <w:p w14:paraId="7E58D8AB"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Video de presentación (máx. 3 minutos)</w:t>
            </w:r>
          </w:p>
        </w:tc>
        <w:tc>
          <w:tcPr>
            <w:tcW w:w="5087" w:type="dxa"/>
            <w:vAlign w:val="center"/>
          </w:tcPr>
          <w:p w14:paraId="317D079E"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Entregar enlace público o compartido accesible en el formulario.</w:t>
            </w:r>
          </w:p>
        </w:tc>
      </w:tr>
      <w:tr w:rsidR="00E952A0" w:rsidRPr="00A74CB4" w14:paraId="0FE1435D" w14:textId="77777777" w:rsidTr="00A74CB4">
        <w:trPr>
          <w:jc w:val="center"/>
        </w:trPr>
        <w:tc>
          <w:tcPr>
            <w:tcW w:w="765" w:type="dxa"/>
            <w:vAlign w:val="center"/>
          </w:tcPr>
          <w:p w14:paraId="450E0797"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03</w:t>
            </w:r>
          </w:p>
        </w:tc>
        <w:tc>
          <w:tcPr>
            <w:tcW w:w="3757" w:type="dxa"/>
            <w:vAlign w:val="center"/>
          </w:tcPr>
          <w:p w14:paraId="46461654"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Plan de gastos y cotizaciones/respaldo de precios</w:t>
            </w:r>
          </w:p>
        </w:tc>
        <w:tc>
          <w:tcPr>
            <w:tcW w:w="5087" w:type="dxa"/>
            <w:vAlign w:val="center"/>
          </w:tcPr>
          <w:p w14:paraId="09D372A1"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Utilizar Anexo 1 y acompañar los respaldos.</w:t>
            </w:r>
          </w:p>
        </w:tc>
      </w:tr>
      <w:tr w:rsidR="00E952A0" w:rsidRPr="00A74CB4" w14:paraId="76C2D8EA" w14:textId="77777777" w:rsidTr="00A74CB4">
        <w:trPr>
          <w:jc w:val="center"/>
        </w:trPr>
        <w:tc>
          <w:tcPr>
            <w:tcW w:w="765" w:type="dxa"/>
            <w:vAlign w:val="center"/>
          </w:tcPr>
          <w:p w14:paraId="4FE1F517"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04</w:t>
            </w:r>
          </w:p>
        </w:tc>
        <w:tc>
          <w:tcPr>
            <w:tcW w:w="3757" w:type="dxa"/>
            <w:vAlign w:val="center"/>
          </w:tcPr>
          <w:p w14:paraId="2A8456F0"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Nómina y carta de compromiso de jóvenes líderes</w:t>
            </w:r>
          </w:p>
        </w:tc>
        <w:tc>
          <w:tcPr>
            <w:tcW w:w="5087" w:type="dxa"/>
            <w:vAlign w:val="center"/>
          </w:tcPr>
          <w:p w14:paraId="3207F806"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Utilizar Anexo 2; mínimo dos jóvenes de 15 a 24 años.</w:t>
            </w:r>
          </w:p>
        </w:tc>
      </w:tr>
      <w:tr w:rsidR="00E952A0" w:rsidRPr="00A74CB4" w14:paraId="218799FE" w14:textId="77777777" w:rsidTr="00A74CB4">
        <w:trPr>
          <w:jc w:val="center"/>
        </w:trPr>
        <w:tc>
          <w:tcPr>
            <w:tcW w:w="765" w:type="dxa"/>
            <w:vAlign w:val="center"/>
          </w:tcPr>
          <w:p w14:paraId="2C0887F0"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05</w:t>
            </w:r>
          </w:p>
        </w:tc>
        <w:tc>
          <w:tcPr>
            <w:tcW w:w="3757" w:type="dxa"/>
            <w:vAlign w:val="center"/>
          </w:tcPr>
          <w:p w14:paraId="5E53D0A3"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Certificado de personalidad jurídica vigente</w:t>
            </w:r>
          </w:p>
        </w:tc>
        <w:tc>
          <w:tcPr>
            <w:tcW w:w="5087" w:type="dxa"/>
            <w:vAlign w:val="center"/>
          </w:tcPr>
          <w:p w14:paraId="5077DDDF"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Documento oficial emitido por el organismo competente.</w:t>
            </w:r>
          </w:p>
        </w:tc>
      </w:tr>
      <w:tr w:rsidR="00E952A0" w:rsidRPr="00A74CB4" w14:paraId="541A1D73" w14:textId="77777777" w:rsidTr="00A74CB4">
        <w:trPr>
          <w:jc w:val="center"/>
        </w:trPr>
        <w:tc>
          <w:tcPr>
            <w:tcW w:w="765" w:type="dxa"/>
            <w:vAlign w:val="center"/>
          </w:tcPr>
          <w:p w14:paraId="6A2B60EA"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06</w:t>
            </w:r>
          </w:p>
        </w:tc>
        <w:tc>
          <w:tcPr>
            <w:tcW w:w="3757" w:type="dxa"/>
            <w:vAlign w:val="center"/>
          </w:tcPr>
          <w:p w14:paraId="1D31E154"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Certificado de directiva vigente</w:t>
            </w:r>
          </w:p>
        </w:tc>
        <w:tc>
          <w:tcPr>
            <w:tcW w:w="5087" w:type="dxa"/>
            <w:vAlign w:val="center"/>
          </w:tcPr>
          <w:p w14:paraId="1D9E11B5"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Documento oficial, cuando corresponda.</w:t>
            </w:r>
          </w:p>
        </w:tc>
      </w:tr>
      <w:tr w:rsidR="00E952A0" w:rsidRPr="00A74CB4" w14:paraId="058E55C7" w14:textId="77777777" w:rsidTr="00A74CB4">
        <w:trPr>
          <w:jc w:val="center"/>
        </w:trPr>
        <w:tc>
          <w:tcPr>
            <w:tcW w:w="765" w:type="dxa"/>
            <w:vAlign w:val="center"/>
          </w:tcPr>
          <w:p w14:paraId="08E8B6AC"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07</w:t>
            </w:r>
          </w:p>
        </w:tc>
        <w:tc>
          <w:tcPr>
            <w:tcW w:w="3757" w:type="dxa"/>
            <w:vAlign w:val="center"/>
          </w:tcPr>
          <w:p w14:paraId="62B49B8E"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RUT de la organización</w:t>
            </w:r>
          </w:p>
        </w:tc>
        <w:tc>
          <w:tcPr>
            <w:tcW w:w="5087" w:type="dxa"/>
            <w:vAlign w:val="center"/>
          </w:tcPr>
          <w:p w14:paraId="45C083D5"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Copia o certificado que acredite el RUT de la entidad.</w:t>
            </w:r>
          </w:p>
        </w:tc>
      </w:tr>
      <w:tr w:rsidR="00E952A0" w:rsidRPr="00A74CB4" w14:paraId="199FC6B0" w14:textId="77777777" w:rsidTr="00A74CB4">
        <w:trPr>
          <w:jc w:val="center"/>
        </w:trPr>
        <w:tc>
          <w:tcPr>
            <w:tcW w:w="765" w:type="dxa"/>
            <w:vAlign w:val="center"/>
          </w:tcPr>
          <w:p w14:paraId="407D6D23"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08</w:t>
            </w:r>
          </w:p>
        </w:tc>
        <w:tc>
          <w:tcPr>
            <w:tcW w:w="3757" w:type="dxa"/>
            <w:vAlign w:val="center"/>
          </w:tcPr>
          <w:p w14:paraId="26D0BA3F"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Cédula de identidad del representante legal</w:t>
            </w:r>
          </w:p>
        </w:tc>
        <w:tc>
          <w:tcPr>
            <w:tcW w:w="5087" w:type="dxa"/>
            <w:vAlign w:val="center"/>
          </w:tcPr>
          <w:p w14:paraId="3085D742"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Fotocopia legible, según las bases.</w:t>
            </w:r>
          </w:p>
        </w:tc>
      </w:tr>
      <w:tr w:rsidR="00E952A0" w:rsidRPr="00A74CB4" w14:paraId="32A4D108" w14:textId="77777777" w:rsidTr="00A74CB4">
        <w:trPr>
          <w:jc w:val="center"/>
        </w:trPr>
        <w:tc>
          <w:tcPr>
            <w:tcW w:w="765" w:type="dxa"/>
            <w:vAlign w:val="center"/>
          </w:tcPr>
          <w:p w14:paraId="2195FAE6"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09</w:t>
            </w:r>
          </w:p>
        </w:tc>
        <w:tc>
          <w:tcPr>
            <w:tcW w:w="3757" w:type="dxa"/>
            <w:vAlign w:val="center"/>
          </w:tcPr>
          <w:p w14:paraId="11C6FC6F"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Comprobante de cuenta bancaria institucional</w:t>
            </w:r>
          </w:p>
        </w:tc>
        <w:tc>
          <w:tcPr>
            <w:tcW w:w="5087" w:type="dxa"/>
            <w:vAlign w:val="center"/>
          </w:tcPr>
          <w:p w14:paraId="19CEEE9E"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Debe identificar a la organización como titular.</w:t>
            </w:r>
          </w:p>
        </w:tc>
      </w:tr>
      <w:tr w:rsidR="00E952A0" w:rsidRPr="00A74CB4" w14:paraId="125D1CAA" w14:textId="77777777" w:rsidTr="00A74CB4">
        <w:trPr>
          <w:jc w:val="center"/>
        </w:trPr>
        <w:tc>
          <w:tcPr>
            <w:tcW w:w="765" w:type="dxa"/>
            <w:vAlign w:val="center"/>
          </w:tcPr>
          <w:p w14:paraId="77F3EB22"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10</w:t>
            </w:r>
          </w:p>
        </w:tc>
        <w:tc>
          <w:tcPr>
            <w:tcW w:w="3757" w:type="dxa"/>
            <w:vAlign w:val="center"/>
          </w:tcPr>
          <w:p w14:paraId="63905F46"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Inscripción en Registro Central de Colaboradores</w:t>
            </w:r>
          </w:p>
        </w:tc>
        <w:tc>
          <w:tcPr>
            <w:tcW w:w="5087" w:type="dxa"/>
            <w:vAlign w:val="center"/>
          </w:tcPr>
          <w:p w14:paraId="34A3FE3C"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Certificado oficial, cuando corresponda.</w:t>
            </w:r>
          </w:p>
        </w:tc>
      </w:tr>
      <w:tr w:rsidR="00E952A0" w:rsidRPr="00A74CB4" w14:paraId="0CFB25FB" w14:textId="77777777" w:rsidTr="00A74CB4">
        <w:trPr>
          <w:jc w:val="center"/>
        </w:trPr>
        <w:tc>
          <w:tcPr>
            <w:tcW w:w="765" w:type="dxa"/>
            <w:vAlign w:val="center"/>
          </w:tcPr>
          <w:p w14:paraId="19216992"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11</w:t>
            </w:r>
          </w:p>
        </w:tc>
        <w:tc>
          <w:tcPr>
            <w:tcW w:w="3757" w:type="dxa"/>
            <w:vAlign w:val="center"/>
          </w:tcPr>
          <w:p w14:paraId="31DBC847"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Declaración jurada simple sobre conflictos e inhabilidades</w:t>
            </w:r>
          </w:p>
        </w:tc>
        <w:tc>
          <w:tcPr>
            <w:tcW w:w="5087" w:type="dxa"/>
            <w:vAlign w:val="center"/>
          </w:tcPr>
          <w:p w14:paraId="579F1526"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Utilizar Anexo 3, suscrito por representante legal.</w:t>
            </w:r>
          </w:p>
        </w:tc>
      </w:tr>
      <w:tr w:rsidR="00E952A0" w:rsidRPr="00A74CB4" w14:paraId="598F4490" w14:textId="77777777" w:rsidTr="00A74CB4">
        <w:trPr>
          <w:jc w:val="center"/>
        </w:trPr>
        <w:tc>
          <w:tcPr>
            <w:tcW w:w="765" w:type="dxa"/>
            <w:vAlign w:val="center"/>
          </w:tcPr>
          <w:p w14:paraId="19ECB320"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12</w:t>
            </w:r>
          </w:p>
        </w:tc>
        <w:tc>
          <w:tcPr>
            <w:tcW w:w="3757" w:type="dxa"/>
            <w:vAlign w:val="center"/>
          </w:tcPr>
          <w:p w14:paraId="28A09B28"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Compromiso de patrocinio y responsabilidad administrativa</w:t>
            </w:r>
          </w:p>
        </w:tc>
        <w:tc>
          <w:tcPr>
            <w:tcW w:w="5087" w:type="dxa"/>
            <w:vAlign w:val="center"/>
          </w:tcPr>
          <w:p w14:paraId="346D20C7"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Utilizar Anexo 4, cuando corresponda.</w:t>
            </w:r>
          </w:p>
        </w:tc>
      </w:tr>
      <w:tr w:rsidR="00E952A0" w:rsidRPr="00A74CB4" w14:paraId="0DBE2C31" w14:textId="77777777" w:rsidTr="00A74CB4">
        <w:trPr>
          <w:jc w:val="center"/>
        </w:trPr>
        <w:tc>
          <w:tcPr>
            <w:tcW w:w="765" w:type="dxa"/>
            <w:vAlign w:val="center"/>
          </w:tcPr>
          <w:p w14:paraId="68463315"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13</w:t>
            </w:r>
          </w:p>
        </w:tc>
        <w:tc>
          <w:tcPr>
            <w:tcW w:w="3757" w:type="dxa"/>
            <w:vAlign w:val="center"/>
          </w:tcPr>
          <w:p w14:paraId="6822A69C"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Declaración de organización juvenil o al servicio de jóvenes</w:t>
            </w:r>
          </w:p>
        </w:tc>
        <w:tc>
          <w:tcPr>
            <w:tcW w:w="5087" w:type="dxa"/>
            <w:vAlign w:val="center"/>
          </w:tcPr>
          <w:p w14:paraId="145EA3CA"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Utilizar Anexo 5, cuando corresponda.</w:t>
            </w:r>
          </w:p>
        </w:tc>
      </w:tr>
      <w:tr w:rsidR="00E952A0" w:rsidRPr="00A74CB4" w14:paraId="2291AC4E" w14:textId="77777777" w:rsidTr="00A74CB4">
        <w:trPr>
          <w:jc w:val="center"/>
        </w:trPr>
        <w:tc>
          <w:tcPr>
            <w:tcW w:w="765" w:type="dxa"/>
            <w:vAlign w:val="center"/>
          </w:tcPr>
          <w:p w14:paraId="53B202EE"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14</w:t>
            </w:r>
          </w:p>
        </w:tc>
        <w:tc>
          <w:tcPr>
            <w:tcW w:w="3757" w:type="dxa"/>
            <w:vAlign w:val="center"/>
          </w:tcPr>
          <w:p w14:paraId="6F2747F7"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Autorización de uso de espacio</w:t>
            </w:r>
          </w:p>
        </w:tc>
        <w:tc>
          <w:tcPr>
            <w:tcW w:w="5087" w:type="dxa"/>
            <w:vAlign w:val="center"/>
          </w:tcPr>
          <w:p w14:paraId="5100B0F6"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Utilizar Anexo 6 como modelo, cuando el proyecto intervenga/utilice un espacio.</w:t>
            </w:r>
          </w:p>
        </w:tc>
      </w:tr>
      <w:tr w:rsidR="00E952A0" w:rsidRPr="00A74CB4" w14:paraId="2F5D590F" w14:textId="77777777" w:rsidTr="00A74CB4">
        <w:trPr>
          <w:jc w:val="center"/>
        </w:trPr>
        <w:tc>
          <w:tcPr>
            <w:tcW w:w="765" w:type="dxa"/>
            <w:vAlign w:val="center"/>
          </w:tcPr>
          <w:p w14:paraId="498BE522" w14:textId="77777777" w:rsidR="00E952A0" w:rsidRPr="00A74CB4" w:rsidRDefault="00000000">
            <w:pPr>
              <w:spacing w:before="20" w:after="20"/>
              <w:rPr>
                <w:rFonts w:asciiTheme="majorHAnsi" w:hAnsiTheme="majorHAnsi" w:cstheme="majorHAnsi"/>
                <w:sz w:val="22"/>
              </w:rPr>
            </w:pPr>
            <w:r w:rsidRPr="00A74CB4">
              <w:rPr>
                <w:rFonts w:ascii="Segoe UI Symbol" w:hAnsi="Segoe UI Symbol" w:cs="Segoe UI Symbol"/>
                <w:sz w:val="22"/>
              </w:rPr>
              <w:t>☐</w:t>
            </w:r>
            <w:r w:rsidRPr="00A74CB4">
              <w:rPr>
                <w:rFonts w:asciiTheme="majorHAnsi" w:hAnsiTheme="majorHAnsi" w:cstheme="majorHAnsi"/>
                <w:sz w:val="22"/>
              </w:rPr>
              <w:t xml:space="preserve"> 15</w:t>
            </w:r>
          </w:p>
        </w:tc>
        <w:tc>
          <w:tcPr>
            <w:tcW w:w="3757" w:type="dxa"/>
            <w:vAlign w:val="center"/>
          </w:tcPr>
          <w:p w14:paraId="16E2170E"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Otros antecedentes fundadamente solicitados</w:t>
            </w:r>
          </w:p>
        </w:tc>
        <w:tc>
          <w:tcPr>
            <w:tcW w:w="5087" w:type="dxa"/>
            <w:vAlign w:val="center"/>
          </w:tcPr>
          <w:p w14:paraId="7A9B356C" w14:textId="77777777" w:rsidR="00E952A0" w:rsidRPr="00A74CB4" w:rsidRDefault="00000000">
            <w:pPr>
              <w:spacing w:before="20" w:after="20"/>
              <w:rPr>
                <w:rFonts w:asciiTheme="majorHAnsi" w:hAnsiTheme="majorHAnsi" w:cstheme="majorHAnsi"/>
                <w:sz w:val="22"/>
              </w:rPr>
            </w:pPr>
            <w:r w:rsidRPr="00A74CB4">
              <w:rPr>
                <w:rFonts w:asciiTheme="majorHAnsi" w:hAnsiTheme="majorHAnsi" w:cstheme="majorHAnsi"/>
                <w:sz w:val="22"/>
              </w:rPr>
              <w:t>Solo cuando el municipio lo requiera por la naturaleza del proyecto.</w:t>
            </w:r>
          </w:p>
        </w:tc>
      </w:tr>
    </w:tbl>
    <w:p w14:paraId="2B2E72C9" w14:textId="77777777" w:rsidR="00E952A0" w:rsidRPr="00A74CB4" w:rsidRDefault="00000000">
      <w:pPr>
        <w:spacing w:before="100"/>
        <w:rPr>
          <w:rFonts w:asciiTheme="majorHAnsi" w:hAnsiTheme="majorHAnsi" w:cstheme="majorHAnsi"/>
          <w:sz w:val="22"/>
        </w:rPr>
      </w:pPr>
      <w:r w:rsidRPr="00A74CB4">
        <w:rPr>
          <w:rFonts w:asciiTheme="majorHAnsi" w:hAnsiTheme="majorHAnsi" w:cstheme="majorHAnsi"/>
          <w:i/>
          <w:sz w:val="22"/>
        </w:rPr>
        <w:t>Nota: Los documentos 05 al 10 son antecedentes oficiales que deben obtenerse de sus emisores; no corresponde emitirlos mediante plantillas municipales de libre llenado.</w:t>
      </w:r>
    </w:p>
    <w:p w14:paraId="2FF656CC" w14:textId="77777777" w:rsidR="00E952A0" w:rsidRPr="00A74CB4" w:rsidRDefault="00000000">
      <w:pPr>
        <w:spacing w:before="100"/>
        <w:rPr>
          <w:rFonts w:asciiTheme="majorHAnsi" w:hAnsiTheme="majorHAnsi" w:cstheme="majorHAnsi"/>
          <w:sz w:val="22"/>
        </w:rPr>
      </w:pPr>
      <w:r w:rsidRPr="00A74CB4">
        <w:rPr>
          <w:rFonts w:asciiTheme="majorHAnsi" w:hAnsiTheme="majorHAnsi" w:cstheme="majorHAnsi"/>
          <w:i/>
          <w:sz w:val="22"/>
        </w:rPr>
        <w:t>Nota: Las exigencias “cuando corresponda” dependen del tipo de organización y de la intervención propuesta. Revise cuidadosamente las Bases antes de enviar la postulación.</w:t>
      </w:r>
    </w:p>
    <w:p w14:paraId="186C986B" w14:textId="77777777" w:rsidR="00E952A0" w:rsidRPr="00A74CB4" w:rsidRDefault="00000000">
      <w:pPr>
        <w:rPr>
          <w:rFonts w:asciiTheme="majorHAnsi" w:hAnsiTheme="majorHAnsi" w:cstheme="majorHAnsi"/>
          <w:sz w:val="22"/>
        </w:rPr>
      </w:pPr>
      <w:r w:rsidRPr="00A74CB4">
        <w:rPr>
          <w:rFonts w:asciiTheme="majorHAnsi" w:hAnsiTheme="majorHAnsi" w:cstheme="majorHAnsi"/>
          <w:sz w:val="22"/>
        </w:rPr>
        <w:br w:type="page"/>
      </w:r>
    </w:p>
    <w:p w14:paraId="2BFA84B2" w14:textId="77777777" w:rsidR="00A74CB4" w:rsidRDefault="00A74CB4">
      <w:pPr>
        <w:rPr>
          <w:rFonts w:asciiTheme="majorHAnsi" w:hAnsiTheme="majorHAnsi" w:cstheme="majorHAnsi"/>
          <w:b/>
        </w:rPr>
      </w:pPr>
    </w:p>
    <w:p w14:paraId="4AAB5962" w14:textId="77777777" w:rsidR="00A74CB4" w:rsidRDefault="00A74CB4">
      <w:pPr>
        <w:rPr>
          <w:rFonts w:asciiTheme="majorHAnsi" w:hAnsiTheme="majorHAnsi" w:cstheme="majorHAnsi"/>
          <w:b/>
        </w:rPr>
      </w:pPr>
    </w:p>
    <w:p w14:paraId="191FFF37" w14:textId="44C16779" w:rsidR="00E952A0" w:rsidRPr="00A74CB4" w:rsidRDefault="00000000">
      <w:pPr>
        <w:rPr>
          <w:rFonts w:asciiTheme="majorHAnsi" w:hAnsiTheme="majorHAnsi" w:cstheme="majorHAnsi"/>
          <w:sz w:val="24"/>
          <w:szCs w:val="24"/>
        </w:rPr>
      </w:pPr>
      <w:r w:rsidRPr="00A74CB4">
        <w:rPr>
          <w:rFonts w:asciiTheme="majorHAnsi" w:hAnsiTheme="majorHAnsi" w:cstheme="majorHAnsi"/>
          <w:b/>
          <w:sz w:val="24"/>
          <w:szCs w:val="24"/>
        </w:rPr>
        <w:t>ANEXO 1</w:t>
      </w:r>
    </w:p>
    <w:p w14:paraId="7B8E9940" w14:textId="77777777" w:rsidR="00E952A0" w:rsidRPr="00A74CB4" w:rsidRDefault="00000000">
      <w:pPr>
        <w:pStyle w:val="Ttulo1"/>
        <w:rPr>
          <w:rFonts w:cstheme="majorHAnsi"/>
        </w:rPr>
      </w:pPr>
      <w:r w:rsidRPr="00A74CB4">
        <w:rPr>
          <w:rFonts w:cstheme="majorHAnsi"/>
        </w:rPr>
        <w:t>Plan de gastos y respaldos de precios</w:t>
      </w:r>
    </w:p>
    <w:p w14:paraId="289A15E7"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Nombre del proyecto:  </w:t>
      </w:r>
      <w:r w:rsidRPr="00A74CB4">
        <w:rPr>
          <w:rFonts w:asciiTheme="majorHAnsi" w:hAnsiTheme="majorHAnsi" w:cstheme="majorHAnsi"/>
        </w:rPr>
        <w:t>_________________________________________________________</w:t>
      </w:r>
    </w:p>
    <w:p w14:paraId="3A46F6E4"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Nombre y RUT de la organización:  </w:t>
      </w:r>
      <w:r w:rsidRPr="00A74CB4">
        <w:rPr>
          <w:rFonts w:asciiTheme="majorHAnsi" w:hAnsiTheme="majorHAnsi" w:cstheme="majorHAnsi"/>
        </w:rPr>
        <w:t>_____________________________________________</w:t>
      </w:r>
    </w:p>
    <w:p w14:paraId="4F7A569A"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Monto total solicitado ($):  </w:t>
      </w:r>
      <w:r w:rsidRPr="00A74CB4">
        <w:rPr>
          <w:rFonts w:asciiTheme="majorHAnsi" w:hAnsiTheme="majorHAnsi" w:cstheme="majorHAnsi"/>
        </w:rPr>
        <w:t>__________________________________________________</w:t>
      </w:r>
    </w:p>
    <w:p w14:paraId="2359409E" w14:textId="77777777" w:rsidR="00E952A0" w:rsidRPr="00A74CB4" w:rsidRDefault="00000000">
      <w:pPr>
        <w:rPr>
          <w:rFonts w:asciiTheme="majorHAnsi" w:hAnsiTheme="majorHAnsi" w:cstheme="majorHAnsi"/>
        </w:rPr>
      </w:pPr>
      <w:r w:rsidRPr="00A74CB4">
        <w:rPr>
          <w:rFonts w:asciiTheme="majorHAnsi" w:hAnsiTheme="majorHAnsi" w:cstheme="majorHAnsi"/>
        </w:rPr>
        <w:t>Instrucción: describa cada compra o contratación necesaria para ejecutar el proyecto, con cantidad, valor unitario y monto total. Identifique además el respaldo de precio asociado.</w:t>
      </w:r>
    </w:p>
    <w:tbl>
      <w:tblPr>
        <w:tblStyle w:val="Tablaconcuadrcula"/>
        <w:tblW w:w="0" w:type="auto"/>
        <w:jc w:val="center"/>
        <w:tblLayout w:type="fixed"/>
        <w:tblLook w:val="04A0" w:firstRow="1" w:lastRow="0" w:firstColumn="1" w:lastColumn="0" w:noHBand="0" w:noVBand="1"/>
      </w:tblPr>
      <w:tblGrid>
        <w:gridCol w:w="567"/>
        <w:gridCol w:w="1587"/>
        <w:gridCol w:w="3402"/>
        <w:gridCol w:w="624"/>
        <w:gridCol w:w="1361"/>
        <w:gridCol w:w="2041"/>
      </w:tblGrid>
      <w:tr w:rsidR="00E952A0" w:rsidRPr="00A74CB4" w14:paraId="5D499497" w14:textId="77777777">
        <w:trPr>
          <w:tblHeader/>
          <w:jc w:val="center"/>
        </w:trPr>
        <w:tc>
          <w:tcPr>
            <w:tcW w:w="567" w:type="dxa"/>
            <w:shd w:val="clear" w:color="auto" w:fill="EAEAEA"/>
            <w:vAlign w:val="center"/>
          </w:tcPr>
          <w:p w14:paraId="3210ABBD"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5"/>
              </w:rPr>
              <w:t>Ítem</w:t>
            </w:r>
          </w:p>
        </w:tc>
        <w:tc>
          <w:tcPr>
            <w:tcW w:w="1587" w:type="dxa"/>
            <w:shd w:val="clear" w:color="auto" w:fill="EAEAEA"/>
            <w:vAlign w:val="center"/>
          </w:tcPr>
          <w:p w14:paraId="4499504B"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5"/>
              </w:rPr>
              <w:t>Categoría</w:t>
            </w:r>
          </w:p>
        </w:tc>
        <w:tc>
          <w:tcPr>
            <w:tcW w:w="3402" w:type="dxa"/>
            <w:shd w:val="clear" w:color="auto" w:fill="EAEAEA"/>
            <w:vAlign w:val="center"/>
          </w:tcPr>
          <w:p w14:paraId="48AA36E5"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5"/>
              </w:rPr>
              <w:t>Descripción del bien/servicio y uso en el proyecto</w:t>
            </w:r>
          </w:p>
        </w:tc>
        <w:tc>
          <w:tcPr>
            <w:tcW w:w="624" w:type="dxa"/>
            <w:shd w:val="clear" w:color="auto" w:fill="EAEAEA"/>
            <w:vAlign w:val="center"/>
          </w:tcPr>
          <w:p w14:paraId="4508CD60"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5"/>
              </w:rPr>
              <w:t>Cant.</w:t>
            </w:r>
          </w:p>
        </w:tc>
        <w:tc>
          <w:tcPr>
            <w:tcW w:w="1361" w:type="dxa"/>
            <w:shd w:val="clear" w:color="auto" w:fill="EAEAEA"/>
            <w:vAlign w:val="center"/>
          </w:tcPr>
          <w:p w14:paraId="7DBBC213"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5"/>
              </w:rPr>
              <w:t>Valor unitario ($)</w:t>
            </w:r>
          </w:p>
        </w:tc>
        <w:tc>
          <w:tcPr>
            <w:tcW w:w="2041" w:type="dxa"/>
            <w:shd w:val="clear" w:color="auto" w:fill="EAEAEA"/>
            <w:vAlign w:val="center"/>
          </w:tcPr>
          <w:p w14:paraId="271149D1"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5"/>
              </w:rPr>
              <w:t>Total ($)</w:t>
            </w:r>
          </w:p>
        </w:tc>
      </w:tr>
      <w:tr w:rsidR="00E952A0" w:rsidRPr="00A74CB4" w14:paraId="4C2305C4" w14:textId="77777777">
        <w:trPr>
          <w:jc w:val="center"/>
        </w:trPr>
        <w:tc>
          <w:tcPr>
            <w:tcW w:w="567" w:type="dxa"/>
            <w:vAlign w:val="center"/>
          </w:tcPr>
          <w:p w14:paraId="6AD65180"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1</w:t>
            </w:r>
          </w:p>
        </w:tc>
        <w:tc>
          <w:tcPr>
            <w:tcW w:w="1587" w:type="dxa"/>
            <w:vAlign w:val="center"/>
          </w:tcPr>
          <w:p w14:paraId="3B0183E0" w14:textId="77777777" w:rsidR="00E952A0" w:rsidRPr="00A74CB4" w:rsidRDefault="00E952A0">
            <w:pPr>
              <w:spacing w:before="20" w:after="20"/>
              <w:rPr>
                <w:rFonts w:asciiTheme="majorHAnsi" w:hAnsiTheme="majorHAnsi" w:cstheme="majorHAnsi"/>
              </w:rPr>
            </w:pPr>
          </w:p>
        </w:tc>
        <w:tc>
          <w:tcPr>
            <w:tcW w:w="3402" w:type="dxa"/>
            <w:vAlign w:val="center"/>
          </w:tcPr>
          <w:p w14:paraId="442D0343" w14:textId="77777777" w:rsidR="00E952A0" w:rsidRPr="00A74CB4" w:rsidRDefault="00E952A0">
            <w:pPr>
              <w:spacing w:before="20" w:after="20"/>
              <w:rPr>
                <w:rFonts w:asciiTheme="majorHAnsi" w:hAnsiTheme="majorHAnsi" w:cstheme="majorHAnsi"/>
              </w:rPr>
            </w:pPr>
          </w:p>
        </w:tc>
        <w:tc>
          <w:tcPr>
            <w:tcW w:w="624" w:type="dxa"/>
            <w:vAlign w:val="center"/>
          </w:tcPr>
          <w:p w14:paraId="0DE307D8" w14:textId="77777777" w:rsidR="00E952A0" w:rsidRPr="00A74CB4" w:rsidRDefault="00E952A0">
            <w:pPr>
              <w:spacing w:before="20" w:after="20"/>
              <w:rPr>
                <w:rFonts w:asciiTheme="majorHAnsi" w:hAnsiTheme="majorHAnsi" w:cstheme="majorHAnsi"/>
              </w:rPr>
            </w:pPr>
          </w:p>
        </w:tc>
        <w:tc>
          <w:tcPr>
            <w:tcW w:w="1361" w:type="dxa"/>
            <w:vAlign w:val="center"/>
          </w:tcPr>
          <w:p w14:paraId="59B0AF87" w14:textId="77777777" w:rsidR="00E952A0" w:rsidRPr="00A74CB4" w:rsidRDefault="00E952A0">
            <w:pPr>
              <w:spacing w:before="20" w:after="20"/>
              <w:rPr>
                <w:rFonts w:asciiTheme="majorHAnsi" w:hAnsiTheme="majorHAnsi" w:cstheme="majorHAnsi"/>
              </w:rPr>
            </w:pPr>
          </w:p>
        </w:tc>
        <w:tc>
          <w:tcPr>
            <w:tcW w:w="2041" w:type="dxa"/>
            <w:vAlign w:val="center"/>
          </w:tcPr>
          <w:p w14:paraId="6A4AA183" w14:textId="77777777" w:rsidR="00E952A0" w:rsidRPr="00A74CB4" w:rsidRDefault="00E952A0">
            <w:pPr>
              <w:spacing w:before="20" w:after="20"/>
              <w:rPr>
                <w:rFonts w:asciiTheme="majorHAnsi" w:hAnsiTheme="majorHAnsi" w:cstheme="majorHAnsi"/>
              </w:rPr>
            </w:pPr>
          </w:p>
        </w:tc>
      </w:tr>
      <w:tr w:rsidR="00E952A0" w:rsidRPr="00A74CB4" w14:paraId="6FFF941C" w14:textId="77777777">
        <w:trPr>
          <w:jc w:val="center"/>
        </w:trPr>
        <w:tc>
          <w:tcPr>
            <w:tcW w:w="567" w:type="dxa"/>
            <w:vAlign w:val="center"/>
          </w:tcPr>
          <w:p w14:paraId="76A10E9C"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2</w:t>
            </w:r>
          </w:p>
        </w:tc>
        <w:tc>
          <w:tcPr>
            <w:tcW w:w="1587" w:type="dxa"/>
            <w:vAlign w:val="center"/>
          </w:tcPr>
          <w:p w14:paraId="1BBA71C8" w14:textId="77777777" w:rsidR="00E952A0" w:rsidRPr="00A74CB4" w:rsidRDefault="00E952A0">
            <w:pPr>
              <w:spacing w:before="20" w:after="20"/>
              <w:rPr>
                <w:rFonts w:asciiTheme="majorHAnsi" w:hAnsiTheme="majorHAnsi" w:cstheme="majorHAnsi"/>
              </w:rPr>
            </w:pPr>
          </w:p>
        </w:tc>
        <w:tc>
          <w:tcPr>
            <w:tcW w:w="3402" w:type="dxa"/>
            <w:vAlign w:val="center"/>
          </w:tcPr>
          <w:p w14:paraId="5AABC9EA" w14:textId="77777777" w:rsidR="00E952A0" w:rsidRPr="00A74CB4" w:rsidRDefault="00E952A0">
            <w:pPr>
              <w:spacing w:before="20" w:after="20"/>
              <w:rPr>
                <w:rFonts w:asciiTheme="majorHAnsi" w:hAnsiTheme="majorHAnsi" w:cstheme="majorHAnsi"/>
              </w:rPr>
            </w:pPr>
          </w:p>
        </w:tc>
        <w:tc>
          <w:tcPr>
            <w:tcW w:w="624" w:type="dxa"/>
            <w:vAlign w:val="center"/>
          </w:tcPr>
          <w:p w14:paraId="0B6E020F" w14:textId="77777777" w:rsidR="00E952A0" w:rsidRPr="00A74CB4" w:rsidRDefault="00E952A0">
            <w:pPr>
              <w:spacing w:before="20" w:after="20"/>
              <w:rPr>
                <w:rFonts w:asciiTheme="majorHAnsi" w:hAnsiTheme="majorHAnsi" w:cstheme="majorHAnsi"/>
              </w:rPr>
            </w:pPr>
          </w:p>
        </w:tc>
        <w:tc>
          <w:tcPr>
            <w:tcW w:w="1361" w:type="dxa"/>
            <w:vAlign w:val="center"/>
          </w:tcPr>
          <w:p w14:paraId="1651AA15" w14:textId="77777777" w:rsidR="00E952A0" w:rsidRPr="00A74CB4" w:rsidRDefault="00E952A0">
            <w:pPr>
              <w:spacing w:before="20" w:after="20"/>
              <w:rPr>
                <w:rFonts w:asciiTheme="majorHAnsi" w:hAnsiTheme="majorHAnsi" w:cstheme="majorHAnsi"/>
              </w:rPr>
            </w:pPr>
          </w:p>
        </w:tc>
        <w:tc>
          <w:tcPr>
            <w:tcW w:w="2041" w:type="dxa"/>
            <w:vAlign w:val="center"/>
          </w:tcPr>
          <w:p w14:paraId="55F696AF" w14:textId="77777777" w:rsidR="00E952A0" w:rsidRPr="00A74CB4" w:rsidRDefault="00E952A0">
            <w:pPr>
              <w:spacing w:before="20" w:after="20"/>
              <w:rPr>
                <w:rFonts w:asciiTheme="majorHAnsi" w:hAnsiTheme="majorHAnsi" w:cstheme="majorHAnsi"/>
              </w:rPr>
            </w:pPr>
          </w:p>
        </w:tc>
      </w:tr>
      <w:tr w:rsidR="00E952A0" w:rsidRPr="00A74CB4" w14:paraId="240E1D8A" w14:textId="77777777">
        <w:trPr>
          <w:jc w:val="center"/>
        </w:trPr>
        <w:tc>
          <w:tcPr>
            <w:tcW w:w="567" w:type="dxa"/>
            <w:vAlign w:val="center"/>
          </w:tcPr>
          <w:p w14:paraId="3AE1DC86"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3</w:t>
            </w:r>
          </w:p>
        </w:tc>
        <w:tc>
          <w:tcPr>
            <w:tcW w:w="1587" w:type="dxa"/>
            <w:vAlign w:val="center"/>
          </w:tcPr>
          <w:p w14:paraId="05D5DF51" w14:textId="77777777" w:rsidR="00E952A0" w:rsidRPr="00A74CB4" w:rsidRDefault="00E952A0">
            <w:pPr>
              <w:spacing w:before="20" w:after="20"/>
              <w:rPr>
                <w:rFonts w:asciiTheme="majorHAnsi" w:hAnsiTheme="majorHAnsi" w:cstheme="majorHAnsi"/>
              </w:rPr>
            </w:pPr>
          </w:p>
        </w:tc>
        <w:tc>
          <w:tcPr>
            <w:tcW w:w="3402" w:type="dxa"/>
            <w:vAlign w:val="center"/>
          </w:tcPr>
          <w:p w14:paraId="78E4E9B5" w14:textId="77777777" w:rsidR="00E952A0" w:rsidRPr="00A74CB4" w:rsidRDefault="00E952A0">
            <w:pPr>
              <w:spacing w:before="20" w:after="20"/>
              <w:rPr>
                <w:rFonts w:asciiTheme="majorHAnsi" w:hAnsiTheme="majorHAnsi" w:cstheme="majorHAnsi"/>
              </w:rPr>
            </w:pPr>
          </w:p>
        </w:tc>
        <w:tc>
          <w:tcPr>
            <w:tcW w:w="624" w:type="dxa"/>
            <w:vAlign w:val="center"/>
          </w:tcPr>
          <w:p w14:paraId="00E6C94E" w14:textId="77777777" w:rsidR="00E952A0" w:rsidRPr="00A74CB4" w:rsidRDefault="00E952A0">
            <w:pPr>
              <w:spacing w:before="20" w:after="20"/>
              <w:rPr>
                <w:rFonts w:asciiTheme="majorHAnsi" w:hAnsiTheme="majorHAnsi" w:cstheme="majorHAnsi"/>
              </w:rPr>
            </w:pPr>
          </w:p>
        </w:tc>
        <w:tc>
          <w:tcPr>
            <w:tcW w:w="1361" w:type="dxa"/>
            <w:vAlign w:val="center"/>
          </w:tcPr>
          <w:p w14:paraId="30C57540" w14:textId="77777777" w:rsidR="00E952A0" w:rsidRPr="00A74CB4" w:rsidRDefault="00E952A0">
            <w:pPr>
              <w:spacing w:before="20" w:after="20"/>
              <w:rPr>
                <w:rFonts w:asciiTheme="majorHAnsi" w:hAnsiTheme="majorHAnsi" w:cstheme="majorHAnsi"/>
              </w:rPr>
            </w:pPr>
          </w:p>
        </w:tc>
        <w:tc>
          <w:tcPr>
            <w:tcW w:w="2041" w:type="dxa"/>
            <w:vAlign w:val="center"/>
          </w:tcPr>
          <w:p w14:paraId="222FEFC5" w14:textId="77777777" w:rsidR="00E952A0" w:rsidRPr="00A74CB4" w:rsidRDefault="00E952A0">
            <w:pPr>
              <w:spacing w:before="20" w:after="20"/>
              <w:rPr>
                <w:rFonts w:asciiTheme="majorHAnsi" w:hAnsiTheme="majorHAnsi" w:cstheme="majorHAnsi"/>
              </w:rPr>
            </w:pPr>
          </w:p>
        </w:tc>
      </w:tr>
      <w:tr w:rsidR="00E952A0" w:rsidRPr="00A74CB4" w14:paraId="276B348A" w14:textId="77777777">
        <w:trPr>
          <w:jc w:val="center"/>
        </w:trPr>
        <w:tc>
          <w:tcPr>
            <w:tcW w:w="567" w:type="dxa"/>
            <w:vAlign w:val="center"/>
          </w:tcPr>
          <w:p w14:paraId="4C900578"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4</w:t>
            </w:r>
          </w:p>
        </w:tc>
        <w:tc>
          <w:tcPr>
            <w:tcW w:w="1587" w:type="dxa"/>
            <w:vAlign w:val="center"/>
          </w:tcPr>
          <w:p w14:paraId="4C2EB5FB" w14:textId="77777777" w:rsidR="00E952A0" w:rsidRPr="00A74CB4" w:rsidRDefault="00E952A0">
            <w:pPr>
              <w:spacing w:before="20" w:after="20"/>
              <w:rPr>
                <w:rFonts w:asciiTheme="majorHAnsi" w:hAnsiTheme="majorHAnsi" w:cstheme="majorHAnsi"/>
              </w:rPr>
            </w:pPr>
          </w:p>
        </w:tc>
        <w:tc>
          <w:tcPr>
            <w:tcW w:w="3402" w:type="dxa"/>
            <w:vAlign w:val="center"/>
          </w:tcPr>
          <w:p w14:paraId="37083733" w14:textId="77777777" w:rsidR="00E952A0" w:rsidRPr="00A74CB4" w:rsidRDefault="00E952A0">
            <w:pPr>
              <w:spacing w:before="20" w:after="20"/>
              <w:rPr>
                <w:rFonts w:asciiTheme="majorHAnsi" w:hAnsiTheme="majorHAnsi" w:cstheme="majorHAnsi"/>
              </w:rPr>
            </w:pPr>
          </w:p>
        </w:tc>
        <w:tc>
          <w:tcPr>
            <w:tcW w:w="624" w:type="dxa"/>
            <w:vAlign w:val="center"/>
          </w:tcPr>
          <w:p w14:paraId="513A7146" w14:textId="77777777" w:rsidR="00E952A0" w:rsidRPr="00A74CB4" w:rsidRDefault="00E952A0">
            <w:pPr>
              <w:spacing w:before="20" w:after="20"/>
              <w:rPr>
                <w:rFonts w:asciiTheme="majorHAnsi" w:hAnsiTheme="majorHAnsi" w:cstheme="majorHAnsi"/>
              </w:rPr>
            </w:pPr>
          </w:p>
        </w:tc>
        <w:tc>
          <w:tcPr>
            <w:tcW w:w="1361" w:type="dxa"/>
            <w:vAlign w:val="center"/>
          </w:tcPr>
          <w:p w14:paraId="4A186ACA" w14:textId="77777777" w:rsidR="00E952A0" w:rsidRPr="00A74CB4" w:rsidRDefault="00E952A0">
            <w:pPr>
              <w:spacing w:before="20" w:after="20"/>
              <w:rPr>
                <w:rFonts w:asciiTheme="majorHAnsi" w:hAnsiTheme="majorHAnsi" w:cstheme="majorHAnsi"/>
              </w:rPr>
            </w:pPr>
          </w:p>
        </w:tc>
        <w:tc>
          <w:tcPr>
            <w:tcW w:w="2041" w:type="dxa"/>
            <w:vAlign w:val="center"/>
          </w:tcPr>
          <w:p w14:paraId="25C5917D" w14:textId="77777777" w:rsidR="00E952A0" w:rsidRPr="00A74CB4" w:rsidRDefault="00E952A0">
            <w:pPr>
              <w:spacing w:before="20" w:after="20"/>
              <w:rPr>
                <w:rFonts w:asciiTheme="majorHAnsi" w:hAnsiTheme="majorHAnsi" w:cstheme="majorHAnsi"/>
              </w:rPr>
            </w:pPr>
          </w:p>
        </w:tc>
      </w:tr>
      <w:tr w:rsidR="00E952A0" w:rsidRPr="00A74CB4" w14:paraId="66F9BFBA" w14:textId="77777777">
        <w:trPr>
          <w:jc w:val="center"/>
        </w:trPr>
        <w:tc>
          <w:tcPr>
            <w:tcW w:w="567" w:type="dxa"/>
            <w:vAlign w:val="center"/>
          </w:tcPr>
          <w:p w14:paraId="56CB5A96"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5</w:t>
            </w:r>
          </w:p>
        </w:tc>
        <w:tc>
          <w:tcPr>
            <w:tcW w:w="1587" w:type="dxa"/>
            <w:vAlign w:val="center"/>
          </w:tcPr>
          <w:p w14:paraId="525F1F22" w14:textId="77777777" w:rsidR="00E952A0" w:rsidRPr="00A74CB4" w:rsidRDefault="00E952A0">
            <w:pPr>
              <w:spacing w:before="20" w:after="20"/>
              <w:rPr>
                <w:rFonts w:asciiTheme="majorHAnsi" w:hAnsiTheme="majorHAnsi" w:cstheme="majorHAnsi"/>
              </w:rPr>
            </w:pPr>
          </w:p>
        </w:tc>
        <w:tc>
          <w:tcPr>
            <w:tcW w:w="3402" w:type="dxa"/>
            <w:vAlign w:val="center"/>
          </w:tcPr>
          <w:p w14:paraId="263A31BF" w14:textId="77777777" w:rsidR="00E952A0" w:rsidRPr="00A74CB4" w:rsidRDefault="00E952A0">
            <w:pPr>
              <w:spacing w:before="20" w:after="20"/>
              <w:rPr>
                <w:rFonts w:asciiTheme="majorHAnsi" w:hAnsiTheme="majorHAnsi" w:cstheme="majorHAnsi"/>
              </w:rPr>
            </w:pPr>
          </w:p>
        </w:tc>
        <w:tc>
          <w:tcPr>
            <w:tcW w:w="624" w:type="dxa"/>
            <w:vAlign w:val="center"/>
          </w:tcPr>
          <w:p w14:paraId="2193306C" w14:textId="77777777" w:rsidR="00E952A0" w:rsidRPr="00A74CB4" w:rsidRDefault="00E952A0">
            <w:pPr>
              <w:spacing w:before="20" w:after="20"/>
              <w:rPr>
                <w:rFonts w:asciiTheme="majorHAnsi" w:hAnsiTheme="majorHAnsi" w:cstheme="majorHAnsi"/>
              </w:rPr>
            </w:pPr>
          </w:p>
        </w:tc>
        <w:tc>
          <w:tcPr>
            <w:tcW w:w="1361" w:type="dxa"/>
            <w:vAlign w:val="center"/>
          </w:tcPr>
          <w:p w14:paraId="26B57661" w14:textId="77777777" w:rsidR="00E952A0" w:rsidRPr="00A74CB4" w:rsidRDefault="00E952A0">
            <w:pPr>
              <w:spacing w:before="20" w:after="20"/>
              <w:rPr>
                <w:rFonts w:asciiTheme="majorHAnsi" w:hAnsiTheme="majorHAnsi" w:cstheme="majorHAnsi"/>
              </w:rPr>
            </w:pPr>
          </w:p>
        </w:tc>
        <w:tc>
          <w:tcPr>
            <w:tcW w:w="2041" w:type="dxa"/>
            <w:vAlign w:val="center"/>
          </w:tcPr>
          <w:p w14:paraId="1A8B243C" w14:textId="77777777" w:rsidR="00E952A0" w:rsidRPr="00A74CB4" w:rsidRDefault="00E952A0">
            <w:pPr>
              <w:spacing w:before="20" w:after="20"/>
              <w:rPr>
                <w:rFonts w:asciiTheme="majorHAnsi" w:hAnsiTheme="majorHAnsi" w:cstheme="majorHAnsi"/>
              </w:rPr>
            </w:pPr>
          </w:p>
        </w:tc>
      </w:tr>
      <w:tr w:rsidR="00E952A0" w:rsidRPr="00A74CB4" w14:paraId="06C5F9D8" w14:textId="77777777">
        <w:trPr>
          <w:jc w:val="center"/>
        </w:trPr>
        <w:tc>
          <w:tcPr>
            <w:tcW w:w="567" w:type="dxa"/>
            <w:vAlign w:val="center"/>
          </w:tcPr>
          <w:p w14:paraId="163D29AD"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6</w:t>
            </w:r>
          </w:p>
        </w:tc>
        <w:tc>
          <w:tcPr>
            <w:tcW w:w="1587" w:type="dxa"/>
            <w:vAlign w:val="center"/>
          </w:tcPr>
          <w:p w14:paraId="437482ED" w14:textId="77777777" w:rsidR="00E952A0" w:rsidRPr="00A74CB4" w:rsidRDefault="00E952A0">
            <w:pPr>
              <w:spacing w:before="20" w:after="20"/>
              <w:rPr>
                <w:rFonts w:asciiTheme="majorHAnsi" w:hAnsiTheme="majorHAnsi" w:cstheme="majorHAnsi"/>
              </w:rPr>
            </w:pPr>
          </w:p>
        </w:tc>
        <w:tc>
          <w:tcPr>
            <w:tcW w:w="3402" w:type="dxa"/>
            <w:vAlign w:val="center"/>
          </w:tcPr>
          <w:p w14:paraId="67CF96F6" w14:textId="77777777" w:rsidR="00E952A0" w:rsidRPr="00A74CB4" w:rsidRDefault="00E952A0">
            <w:pPr>
              <w:spacing w:before="20" w:after="20"/>
              <w:rPr>
                <w:rFonts w:asciiTheme="majorHAnsi" w:hAnsiTheme="majorHAnsi" w:cstheme="majorHAnsi"/>
              </w:rPr>
            </w:pPr>
          </w:p>
        </w:tc>
        <w:tc>
          <w:tcPr>
            <w:tcW w:w="624" w:type="dxa"/>
            <w:vAlign w:val="center"/>
          </w:tcPr>
          <w:p w14:paraId="21DF458B" w14:textId="77777777" w:rsidR="00E952A0" w:rsidRPr="00A74CB4" w:rsidRDefault="00E952A0">
            <w:pPr>
              <w:spacing w:before="20" w:after="20"/>
              <w:rPr>
                <w:rFonts w:asciiTheme="majorHAnsi" w:hAnsiTheme="majorHAnsi" w:cstheme="majorHAnsi"/>
              </w:rPr>
            </w:pPr>
          </w:p>
        </w:tc>
        <w:tc>
          <w:tcPr>
            <w:tcW w:w="1361" w:type="dxa"/>
            <w:vAlign w:val="center"/>
          </w:tcPr>
          <w:p w14:paraId="0D7BA7BC" w14:textId="77777777" w:rsidR="00E952A0" w:rsidRPr="00A74CB4" w:rsidRDefault="00E952A0">
            <w:pPr>
              <w:spacing w:before="20" w:after="20"/>
              <w:rPr>
                <w:rFonts w:asciiTheme="majorHAnsi" w:hAnsiTheme="majorHAnsi" w:cstheme="majorHAnsi"/>
              </w:rPr>
            </w:pPr>
          </w:p>
        </w:tc>
        <w:tc>
          <w:tcPr>
            <w:tcW w:w="2041" w:type="dxa"/>
            <w:vAlign w:val="center"/>
          </w:tcPr>
          <w:p w14:paraId="5BDEA0A6" w14:textId="77777777" w:rsidR="00E952A0" w:rsidRPr="00A74CB4" w:rsidRDefault="00E952A0">
            <w:pPr>
              <w:spacing w:before="20" w:after="20"/>
              <w:rPr>
                <w:rFonts w:asciiTheme="majorHAnsi" w:hAnsiTheme="majorHAnsi" w:cstheme="majorHAnsi"/>
              </w:rPr>
            </w:pPr>
          </w:p>
        </w:tc>
      </w:tr>
      <w:tr w:rsidR="00E952A0" w:rsidRPr="00A74CB4" w14:paraId="7CE337E9" w14:textId="77777777">
        <w:trPr>
          <w:jc w:val="center"/>
        </w:trPr>
        <w:tc>
          <w:tcPr>
            <w:tcW w:w="567" w:type="dxa"/>
            <w:vAlign w:val="center"/>
          </w:tcPr>
          <w:p w14:paraId="740E7868"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7</w:t>
            </w:r>
          </w:p>
        </w:tc>
        <w:tc>
          <w:tcPr>
            <w:tcW w:w="1587" w:type="dxa"/>
            <w:vAlign w:val="center"/>
          </w:tcPr>
          <w:p w14:paraId="6A2E1CAC" w14:textId="77777777" w:rsidR="00E952A0" w:rsidRPr="00A74CB4" w:rsidRDefault="00E952A0">
            <w:pPr>
              <w:spacing w:before="20" w:after="20"/>
              <w:rPr>
                <w:rFonts w:asciiTheme="majorHAnsi" w:hAnsiTheme="majorHAnsi" w:cstheme="majorHAnsi"/>
              </w:rPr>
            </w:pPr>
          </w:p>
        </w:tc>
        <w:tc>
          <w:tcPr>
            <w:tcW w:w="3402" w:type="dxa"/>
            <w:vAlign w:val="center"/>
          </w:tcPr>
          <w:p w14:paraId="060EEC19" w14:textId="77777777" w:rsidR="00E952A0" w:rsidRPr="00A74CB4" w:rsidRDefault="00E952A0">
            <w:pPr>
              <w:spacing w:before="20" w:after="20"/>
              <w:rPr>
                <w:rFonts w:asciiTheme="majorHAnsi" w:hAnsiTheme="majorHAnsi" w:cstheme="majorHAnsi"/>
              </w:rPr>
            </w:pPr>
          </w:p>
        </w:tc>
        <w:tc>
          <w:tcPr>
            <w:tcW w:w="624" w:type="dxa"/>
            <w:vAlign w:val="center"/>
          </w:tcPr>
          <w:p w14:paraId="058426FE" w14:textId="77777777" w:rsidR="00E952A0" w:rsidRPr="00A74CB4" w:rsidRDefault="00E952A0">
            <w:pPr>
              <w:spacing w:before="20" w:after="20"/>
              <w:rPr>
                <w:rFonts w:asciiTheme="majorHAnsi" w:hAnsiTheme="majorHAnsi" w:cstheme="majorHAnsi"/>
              </w:rPr>
            </w:pPr>
          </w:p>
        </w:tc>
        <w:tc>
          <w:tcPr>
            <w:tcW w:w="1361" w:type="dxa"/>
            <w:vAlign w:val="center"/>
          </w:tcPr>
          <w:p w14:paraId="39D8A2AF" w14:textId="77777777" w:rsidR="00E952A0" w:rsidRPr="00A74CB4" w:rsidRDefault="00E952A0">
            <w:pPr>
              <w:spacing w:before="20" w:after="20"/>
              <w:rPr>
                <w:rFonts w:asciiTheme="majorHAnsi" w:hAnsiTheme="majorHAnsi" w:cstheme="majorHAnsi"/>
              </w:rPr>
            </w:pPr>
          </w:p>
        </w:tc>
        <w:tc>
          <w:tcPr>
            <w:tcW w:w="2041" w:type="dxa"/>
            <w:vAlign w:val="center"/>
          </w:tcPr>
          <w:p w14:paraId="46E5E732" w14:textId="77777777" w:rsidR="00E952A0" w:rsidRPr="00A74CB4" w:rsidRDefault="00E952A0">
            <w:pPr>
              <w:spacing w:before="20" w:after="20"/>
              <w:rPr>
                <w:rFonts w:asciiTheme="majorHAnsi" w:hAnsiTheme="majorHAnsi" w:cstheme="majorHAnsi"/>
              </w:rPr>
            </w:pPr>
          </w:p>
        </w:tc>
      </w:tr>
      <w:tr w:rsidR="00E952A0" w:rsidRPr="00A74CB4" w14:paraId="16172917" w14:textId="77777777">
        <w:trPr>
          <w:jc w:val="center"/>
        </w:trPr>
        <w:tc>
          <w:tcPr>
            <w:tcW w:w="567" w:type="dxa"/>
            <w:vAlign w:val="center"/>
          </w:tcPr>
          <w:p w14:paraId="33E4E22D"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5"/>
              </w:rPr>
              <w:t>8</w:t>
            </w:r>
          </w:p>
        </w:tc>
        <w:tc>
          <w:tcPr>
            <w:tcW w:w="1587" w:type="dxa"/>
            <w:vAlign w:val="center"/>
          </w:tcPr>
          <w:p w14:paraId="6EC5ADFD" w14:textId="77777777" w:rsidR="00E952A0" w:rsidRPr="00A74CB4" w:rsidRDefault="00E952A0">
            <w:pPr>
              <w:spacing w:before="20" w:after="20"/>
              <w:rPr>
                <w:rFonts w:asciiTheme="majorHAnsi" w:hAnsiTheme="majorHAnsi" w:cstheme="majorHAnsi"/>
              </w:rPr>
            </w:pPr>
          </w:p>
        </w:tc>
        <w:tc>
          <w:tcPr>
            <w:tcW w:w="3402" w:type="dxa"/>
            <w:vAlign w:val="center"/>
          </w:tcPr>
          <w:p w14:paraId="30B0B45A" w14:textId="77777777" w:rsidR="00E952A0" w:rsidRPr="00A74CB4" w:rsidRDefault="00E952A0">
            <w:pPr>
              <w:spacing w:before="20" w:after="20"/>
              <w:rPr>
                <w:rFonts w:asciiTheme="majorHAnsi" w:hAnsiTheme="majorHAnsi" w:cstheme="majorHAnsi"/>
              </w:rPr>
            </w:pPr>
          </w:p>
        </w:tc>
        <w:tc>
          <w:tcPr>
            <w:tcW w:w="624" w:type="dxa"/>
            <w:vAlign w:val="center"/>
          </w:tcPr>
          <w:p w14:paraId="0603BAD7" w14:textId="77777777" w:rsidR="00E952A0" w:rsidRPr="00A74CB4" w:rsidRDefault="00E952A0">
            <w:pPr>
              <w:spacing w:before="20" w:after="20"/>
              <w:rPr>
                <w:rFonts w:asciiTheme="majorHAnsi" w:hAnsiTheme="majorHAnsi" w:cstheme="majorHAnsi"/>
              </w:rPr>
            </w:pPr>
          </w:p>
        </w:tc>
        <w:tc>
          <w:tcPr>
            <w:tcW w:w="1361" w:type="dxa"/>
            <w:vAlign w:val="center"/>
          </w:tcPr>
          <w:p w14:paraId="58236AEC" w14:textId="77777777" w:rsidR="00E952A0" w:rsidRPr="00A74CB4" w:rsidRDefault="00E952A0">
            <w:pPr>
              <w:spacing w:before="20" w:after="20"/>
              <w:rPr>
                <w:rFonts w:asciiTheme="majorHAnsi" w:hAnsiTheme="majorHAnsi" w:cstheme="majorHAnsi"/>
              </w:rPr>
            </w:pPr>
          </w:p>
        </w:tc>
        <w:tc>
          <w:tcPr>
            <w:tcW w:w="2041" w:type="dxa"/>
            <w:vAlign w:val="center"/>
          </w:tcPr>
          <w:p w14:paraId="61C9CF00" w14:textId="77777777" w:rsidR="00E952A0" w:rsidRPr="00A74CB4" w:rsidRDefault="00E952A0">
            <w:pPr>
              <w:spacing w:before="20" w:after="20"/>
              <w:rPr>
                <w:rFonts w:asciiTheme="majorHAnsi" w:hAnsiTheme="majorHAnsi" w:cstheme="majorHAnsi"/>
              </w:rPr>
            </w:pPr>
          </w:p>
        </w:tc>
      </w:tr>
    </w:tbl>
    <w:p w14:paraId="11901506" w14:textId="77777777" w:rsidR="00E952A0" w:rsidRPr="00A74CB4" w:rsidRDefault="00000000">
      <w:pPr>
        <w:rPr>
          <w:rFonts w:asciiTheme="majorHAnsi" w:hAnsiTheme="majorHAnsi" w:cstheme="majorHAnsi"/>
        </w:rPr>
      </w:pPr>
      <w:proofErr w:type="gramStart"/>
      <w:r w:rsidRPr="00A74CB4">
        <w:rPr>
          <w:rFonts w:asciiTheme="majorHAnsi" w:hAnsiTheme="majorHAnsi" w:cstheme="majorHAnsi"/>
          <w:b/>
        </w:rPr>
        <w:t>TOTAL</w:t>
      </w:r>
      <w:proofErr w:type="gramEnd"/>
      <w:r w:rsidRPr="00A74CB4">
        <w:rPr>
          <w:rFonts w:asciiTheme="majorHAnsi" w:hAnsiTheme="majorHAnsi" w:cstheme="majorHAnsi"/>
          <w:b/>
        </w:rPr>
        <w:t xml:space="preserve"> SOLICITADO: $ ________________________</w:t>
      </w:r>
    </w:p>
    <w:p w14:paraId="5F834D76" w14:textId="77777777" w:rsidR="00E952A0" w:rsidRPr="00A74CB4" w:rsidRDefault="00000000">
      <w:pPr>
        <w:pStyle w:val="Ttulo2"/>
        <w:rPr>
          <w:rFonts w:cstheme="majorHAnsi"/>
        </w:rPr>
      </w:pPr>
      <w:r w:rsidRPr="00A74CB4">
        <w:rPr>
          <w:rFonts w:cstheme="majorHAnsi"/>
        </w:rPr>
        <w:t>Resumen por tipo de gasto</w:t>
      </w:r>
    </w:p>
    <w:tbl>
      <w:tblPr>
        <w:tblStyle w:val="Tablaconcuadrcula"/>
        <w:tblW w:w="0" w:type="auto"/>
        <w:jc w:val="center"/>
        <w:tblLayout w:type="fixed"/>
        <w:tblLook w:val="04A0" w:firstRow="1" w:lastRow="0" w:firstColumn="1" w:lastColumn="0" w:noHBand="0" w:noVBand="1"/>
      </w:tblPr>
      <w:tblGrid>
        <w:gridCol w:w="5272"/>
        <w:gridCol w:w="2154"/>
        <w:gridCol w:w="2154"/>
      </w:tblGrid>
      <w:tr w:rsidR="00E952A0" w:rsidRPr="00A74CB4" w14:paraId="4FC3F379" w14:textId="77777777">
        <w:trPr>
          <w:tblHeader/>
          <w:jc w:val="center"/>
        </w:trPr>
        <w:tc>
          <w:tcPr>
            <w:tcW w:w="5272" w:type="dxa"/>
            <w:shd w:val="clear" w:color="auto" w:fill="EAEAEA"/>
            <w:vAlign w:val="center"/>
          </w:tcPr>
          <w:p w14:paraId="4B3F903E"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7"/>
              </w:rPr>
              <w:t>Tipo de gasto</w:t>
            </w:r>
          </w:p>
        </w:tc>
        <w:tc>
          <w:tcPr>
            <w:tcW w:w="2154" w:type="dxa"/>
            <w:shd w:val="clear" w:color="auto" w:fill="EAEAEA"/>
            <w:vAlign w:val="center"/>
          </w:tcPr>
          <w:p w14:paraId="608D7556"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7"/>
              </w:rPr>
              <w:t>Monto ($)</w:t>
            </w:r>
          </w:p>
        </w:tc>
        <w:tc>
          <w:tcPr>
            <w:tcW w:w="2154" w:type="dxa"/>
            <w:shd w:val="clear" w:color="auto" w:fill="EAEAEA"/>
            <w:vAlign w:val="center"/>
          </w:tcPr>
          <w:p w14:paraId="2DDB43C7"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b/>
                <w:sz w:val="17"/>
              </w:rPr>
              <w:t>Porcentaje del total</w:t>
            </w:r>
          </w:p>
        </w:tc>
      </w:tr>
      <w:tr w:rsidR="00E952A0" w:rsidRPr="00A74CB4" w14:paraId="588DB756" w14:textId="77777777">
        <w:trPr>
          <w:jc w:val="center"/>
        </w:trPr>
        <w:tc>
          <w:tcPr>
            <w:tcW w:w="5272" w:type="dxa"/>
            <w:vAlign w:val="center"/>
          </w:tcPr>
          <w:p w14:paraId="2B603C0E"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7"/>
              </w:rPr>
              <w:t>Inversión / equipamiento</w:t>
            </w:r>
          </w:p>
        </w:tc>
        <w:tc>
          <w:tcPr>
            <w:tcW w:w="2154" w:type="dxa"/>
            <w:vAlign w:val="center"/>
          </w:tcPr>
          <w:p w14:paraId="25ECA96C" w14:textId="77777777" w:rsidR="00E952A0" w:rsidRPr="00A74CB4" w:rsidRDefault="00E952A0">
            <w:pPr>
              <w:spacing w:before="20" w:after="20"/>
              <w:rPr>
                <w:rFonts w:asciiTheme="majorHAnsi" w:hAnsiTheme="majorHAnsi" w:cstheme="majorHAnsi"/>
              </w:rPr>
            </w:pPr>
          </w:p>
        </w:tc>
        <w:tc>
          <w:tcPr>
            <w:tcW w:w="2154" w:type="dxa"/>
            <w:vAlign w:val="center"/>
          </w:tcPr>
          <w:p w14:paraId="032C60E4" w14:textId="77777777" w:rsidR="00E952A0" w:rsidRPr="00A74CB4" w:rsidRDefault="00E952A0">
            <w:pPr>
              <w:spacing w:before="20" w:after="20"/>
              <w:rPr>
                <w:rFonts w:asciiTheme="majorHAnsi" w:hAnsiTheme="majorHAnsi" w:cstheme="majorHAnsi"/>
              </w:rPr>
            </w:pPr>
          </w:p>
        </w:tc>
      </w:tr>
      <w:tr w:rsidR="00E952A0" w:rsidRPr="00A74CB4" w14:paraId="0A60CDA6" w14:textId="77777777">
        <w:trPr>
          <w:jc w:val="center"/>
        </w:trPr>
        <w:tc>
          <w:tcPr>
            <w:tcW w:w="5272" w:type="dxa"/>
            <w:vAlign w:val="center"/>
          </w:tcPr>
          <w:p w14:paraId="4FBF3409"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7"/>
              </w:rPr>
              <w:t>Personal / servicios técnicos</w:t>
            </w:r>
          </w:p>
        </w:tc>
        <w:tc>
          <w:tcPr>
            <w:tcW w:w="2154" w:type="dxa"/>
            <w:vAlign w:val="center"/>
          </w:tcPr>
          <w:p w14:paraId="753C2D49" w14:textId="77777777" w:rsidR="00E952A0" w:rsidRPr="00A74CB4" w:rsidRDefault="00E952A0">
            <w:pPr>
              <w:spacing w:before="20" w:after="20"/>
              <w:rPr>
                <w:rFonts w:asciiTheme="majorHAnsi" w:hAnsiTheme="majorHAnsi" w:cstheme="majorHAnsi"/>
              </w:rPr>
            </w:pPr>
          </w:p>
        </w:tc>
        <w:tc>
          <w:tcPr>
            <w:tcW w:w="2154" w:type="dxa"/>
            <w:vAlign w:val="center"/>
          </w:tcPr>
          <w:p w14:paraId="20A23891" w14:textId="77777777" w:rsidR="00E952A0" w:rsidRPr="00A74CB4" w:rsidRDefault="00E952A0">
            <w:pPr>
              <w:spacing w:before="20" w:after="20"/>
              <w:rPr>
                <w:rFonts w:asciiTheme="majorHAnsi" w:hAnsiTheme="majorHAnsi" w:cstheme="majorHAnsi"/>
              </w:rPr>
            </w:pPr>
          </w:p>
        </w:tc>
      </w:tr>
      <w:tr w:rsidR="00E952A0" w:rsidRPr="00A74CB4" w14:paraId="2043E671" w14:textId="77777777">
        <w:trPr>
          <w:jc w:val="center"/>
        </w:trPr>
        <w:tc>
          <w:tcPr>
            <w:tcW w:w="5272" w:type="dxa"/>
            <w:vAlign w:val="center"/>
          </w:tcPr>
          <w:p w14:paraId="3EBE0AE8"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7"/>
              </w:rPr>
              <w:t>Operacionales (otros)</w:t>
            </w:r>
          </w:p>
        </w:tc>
        <w:tc>
          <w:tcPr>
            <w:tcW w:w="2154" w:type="dxa"/>
            <w:vAlign w:val="center"/>
          </w:tcPr>
          <w:p w14:paraId="1BB54990" w14:textId="77777777" w:rsidR="00E952A0" w:rsidRPr="00A74CB4" w:rsidRDefault="00E952A0">
            <w:pPr>
              <w:spacing w:before="20" w:after="20"/>
              <w:rPr>
                <w:rFonts w:asciiTheme="majorHAnsi" w:hAnsiTheme="majorHAnsi" w:cstheme="majorHAnsi"/>
              </w:rPr>
            </w:pPr>
          </w:p>
        </w:tc>
        <w:tc>
          <w:tcPr>
            <w:tcW w:w="2154" w:type="dxa"/>
            <w:vAlign w:val="center"/>
          </w:tcPr>
          <w:p w14:paraId="14D3E6A4" w14:textId="77777777" w:rsidR="00E952A0" w:rsidRPr="00A74CB4" w:rsidRDefault="00E952A0">
            <w:pPr>
              <w:spacing w:before="20" w:after="20"/>
              <w:rPr>
                <w:rFonts w:asciiTheme="majorHAnsi" w:hAnsiTheme="majorHAnsi" w:cstheme="majorHAnsi"/>
              </w:rPr>
            </w:pPr>
          </w:p>
        </w:tc>
      </w:tr>
      <w:tr w:rsidR="00E952A0" w:rsidRPr="00A74CB4" w14:paraId="3CF10EBC" w14:textId="77777777">
        <w:trPr>
          <w:jc w:val="center"/>
        </w:trPr>
        <w:tc>
          <w:tcPr>
            <w:tcW w:w="5272" w:type="dxa"/>
            <w:vAlign w:val="center"/>
          </w:tcPr>
          <w:p w14:paraId="67EC2DC1"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7"/>
              </w:rPr>
              <w:t>Transporte terrestre y alimentación para participación</w:t>
            </w:r>
          </w:p>
        </w:tc>
        <w:tc>
          <w:tcPr>
            <w:tcW w:w="2154" w:type="dxa"/>
            <w:vAlign w:val="center"/>
          </w:tcPr>
          <w:p w14:paraId="6AA4217F" w14:textId="77777777" w:rsidR="00E952A0" w:rsidRPr="00A74CB4" w:rsidRDefault="00E952A0">
            <w:pPr>
              <w:spacing w:before="20" w:after="20"/>
              <w:rPr>
                <w:rFonts w:asciiTheme="majorHAnsi" w:hAnsiTheme="majorHAnsi" w:cstheme="majorHAnsi"/>
              </w:rPr>
            </w:pPr>
          </w:p>
        </w:tc>
        <w:tc>
          <w:tcPr>
            <w:tcW w:w="2154" w:type="dxa"/>
            <w:vAlign w:val="center"/>
          </w:tcPr>
          <w:p w14:paraId="35A603EB" w14:textId="77777777" w:rsidR="00E952A0" w:rsidRPr="00A74CB4" w:rsidRDefault="00E952A0">
            <w:pPr>
              <w:spacing w:before="20" w:after="20"/>
              <w:rPr>
                <w:rFonts w:asciiTheme="majorHAnsi" w:hAnsiTheme="majorHAnsi" w:cstheme="majorHAnsi"/>
              </w:rPr>
            </w:pPr>
          </w:p>
        </w:tc>
      </w:tr>
      <w:tr w:rsidR="00E952A0" w:rsidRPr="00A74CB4" w14:paraId="4C85D353" w14:textId="77777777">
        <w:trPr>
          <w:jc w:val="center"/>
        </w:trPr>
        <w:tc>
          <w:tcPr>
            <w:tcW w:w="5272" w:type="dxa"/>
            <w:vAlign w:val="center"/>
          </w:tcPr>
          <w:p w14:paraId="06CF1D43"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7"/>
              </w:rPr>
              <w:t>TOTAL</w:t>
            </w:r>
          </w:p>
        </w:tc>
        <w:tc>
          <w:tcPr>
            <w:tcW w:w="2154" w:type="dxa"/>
            <w:vAlign w:val="center"/>
          </w:tcPr>
          <w:p w14:paraId="52A25A72" w14:textId="77777777" w:rsidR="00E952A0" w:rsidRPr="00A74CB4" w:rsidRDefault="00E952A0">
            <w:pPr>
              <w:spacing w:before="20" w:after="20"/>
              <w:rPr>
                <w:rFonts w:asciiTheme="majorHAnsi" w:hAnsiTheme="majorHAnsi" w:cstheme="majorHAnsi"/>
              </w:rPr>
            </w:pPr>
          </w:p>
        </w:tc>
        <w:tc>
          <w:tcPr>
            <w:tcW w:w="2154" w:type="dxa"/>
            <w:vAlign w:val="center"/>
          </w:tcPr>
          <w:p w14:paraId="3974AFB7" w14:textId="77777777" w:rsidR="00E952A0" w:rsidRPr="00A74CB4" w:rsidRDefault="00000000">
            <w:pPr>
              <w:spacing w:before="20" w:after="20"/>
              <w:rPr>
                <w:rFonts w:asciiTheme="majorHAnsi" w:hAnsiTheme="majorHAnsi" w:cstheme="majorHAnsi"/>
              </w:rPr>
            </w:pPr>
            <w:r w:rsidRPr="00A74CB4">
              <w:rPr>
                <w:rFonts w:asciiTheme="majorHAnsi" w:hAnsiTheme="majorHAnsi" w:cstheme="majorHAnsi"/>
                <w:sz w:val="17"/>
              </w:rPr>
              <w:t>100 %</w:t>
            </w:r>
          </w:p>
        </w:tc>
      </w:tr>
    </w:tbl>
    <w:p w14:paraId="4508FACF" w14:textId="77777777" w:rsidR="00E952A0" w:rsidRPr="00A74CB4" w:rsidRDefault="00000000">
      <w:pPr>
        <w:pStyle w:val="Ttulo2"/>
        <w:rPr>
          <w:rFonts w:cstheme="majorHAnsi"/>
        </w:rPr>
      </w:pPr>
      <w:r w:rsidRPr="00A74CB4">
        <w:rPr>
          <w:rFonts w:cstheme="majorHAnsi"/>
        </w:rPr>
        <w:t>Revisión de límites establecidos en las Bases</w:t>
      </w:r>
    </w:p>
    <w:p w14:paraId="048AA102" w14:textId="77777777" w:rsidR="00E952A0" w:rsidRPr="00A74CB4" w:rsidRDefault="00000000">
      <w:pPr>
        <w:ind w:left="227" w:hanging="170"/>
        <w:rPr>
          <w:rFonts w:asciiTheme="majorHAnsi" w:hAnsiTheme="majorHAnsi" w:cstheme="majorHAnsi"/>
        </w:rPr>
      </w:pPr>
      <w:r w:rsidRPr="00A74CB4">
        <w:rPr>
          <w:rFonts w:asciiTheme="majorHAnsi" w:hAnsiTheme="majorHAnsi" w:cstheme="majorHAnsi"/>
        </w:rPr>
        <w:t>•  Monto máximo de subvención por proyecto: $2.000.000.</w:t>
      </w:r>
    </w:p>
    <w:p w14:paraId="554F79FB" w14:textId="77777777" w:rsidR="00E952A0" w:rsidRPr="00A74CB4" w:rsidRDefault="00000000">
      <w:pPr>
        <w:ind w:left="227" w:hanging="170"/>
        <w:rPr>
          <w:rFonts w:asciiTheme="majorHAnsi" w:hAnsiTheme="majorHAnsi" w:cstheme="majorHAnsi"/>
        </w:rPr>
      </w:pPr>
      <w:r w:rsidRPr="00A74CB4">
        <w:rPr>
          <w:rFonts w:asciiTheme="majorHAnsi" w:hAnsiTheme="majorHAnsi" w:cstheme="majorHAnsi"/>
        </w:rPr>
        <w:t>•  Gastos de inversión: máximo 50 % del total, salvo autorización fundada compatible con las Bases.</w:t>
      </w:r>
    </w:p>
    <w:p w14:paraId="65076B1F" w14:textId="77777777" w:rsidR="00E952A0" w:rsidRPr="00A74CB4" w:rsidRDefault="00000000">
      <w:pPr>
        <w:ind w:left="227" w:hanging="170"/>
        <w:rPr>
          <w:rFonts w:asciiTheme="majorHAnsi" w:hAnsiTheme="majorHAnsi" w:cstheme="majorHAnsi"/>
        </w:rPr>
      </w:pPr>
      <w:r w:rsidRPr="00A74CB4">
        <w:rPr>
          <w:rFonts w:asciiTheme="majorHAnsi" w:hAnsiTheme="majorHAnsi" w:cstheme="majorHAnsi"/>
        </w:rPr>
        <w:t>•  Gastos de personal: máximo 15 % del total, salvo autorización fundada compatible con las Bases.</w:t>
      </w:r>
    </w:p>
    <w:p w14:paraId="68A57567" w14:textId="77777777" w:rsidR="00E952A0" w:rsidRPr="00A74CB4" w:rsidRDefault="00000000">
      <w:pPr>
        <w:ind w:left="227" w:hanging="170"/>
        <w:rPr>
          <w:rFonts w:asciiTheme="majorHAnsi" w:hAnsiTheme="majorHAnsi" w:cstheme="majorHAnsi"/>
        </w:rPr>
      </w:pPr>
      <w:r w:rsidRPr="00A74CB4">
        <w:rPr>
          <w:rFonts w:asciiTheme="majorHAnsi" w:hAnsiTheme="majorHAnsi" w:cstheme="majorHAnsi"/>
        </w:rPr>
        <w:t>•  Transporte terrestre y alimentación para facilitar la participación juvenil o comunitaria: máximo 15 % del total.</w:t>
      </w:r>
    </w:p>
    <w:p w14:paraId="2E95D4E6" w14:textId="77777777" w:rsidR="00E952A0" w:rsidRPr="00A74CB4" w:rsidRDefault="00000000">
      <w:pPr>
        <w:spacing w:before="100"/>
        <w:rPr>
          <w:rFonts w:asciiTheme="majorHAnsi" w:hAnsiTheme="majorHAnsi" w:cstheme="majorHAnsi"/>
        </w:rPr>
      </w:pPr>
      <w:r w:rsidRPr="00A74CB4">
        <w:rPr>
          <w:rFonts w:asciiTheme="majorHAnsi" w:hAnsiTheme="majorHAnsi" w:cstheme="majorHAnsi"/>
          <w:i/>
          <w:sz w:val="16"/>
        </w:rPr>
        <w:t>Nota: No se permiten gastos de administración general de la organización ni remuneraciones por coordinación interna ordinaria. Los montos deberán ser coherentes con los gastos admitidos en las Bases.</w:t>
      </w:r>
    </w:p>
    <w:p w14:paraId="45154549" w14:textId="77777777" w:rsidR="00E952A0" w:rsidRPr="00A74CB4" w:rsidRDefault="00000000">
      <w:pPr>
        <w:rPr>
          <w:rFonts w:asciiTheme="majorHAnsi" w:hAnsiTheme="majorHAnsi" w:cstheme="majorHAnsi"/>
        </w:rPr>
      </w:pPr>
      <w:r w:rsidRPr="00A74CB4">
        <w:rPr>
          <w:rFonts w:asciiTheme="majorHAnsi" w:hAnsiTheme="majorHAnsi" w:cstheme="majorHAnsi"/>
        </w:rPr>
        <w:br w:type="page"/>
      </w:r>
    </w:p>
    <w:p w14:paraId="1F0ACAE6" w14:textId="77777777" w:rsidR="00DE30B3" w:rsidRDefault="00DE30B3">
      <w:pPr>
        <w:rPr>
          <w:rFonts w:asciiTheme="majorHAnsi" w:hAnsiTheme="majorHAnsi" w:cstheme="majorHAnsi"/>
          <w:b/>
        </w:rPr>
      </w:pPr>
    </w:p>
    <w:p w14:paraId="0BE792A5" w14:textId="77777777" w:rsidR="00DE30B3" w:rsidRDefault="00DE30B3">
      <w:pPr>
        <w:rPr>
          <w:rFonts w:asciiTheme="majorHAnsi" w:hAnsiTheme="majorHAnsi" w:cstheme="majorHAnsi"/>
          <w:b/>
        </w:rPr>
      </w:pPr>
    </w:p>
    <w:p w14:paraId="5C0FD12B" w14:textId="7C16A5E7" w:rsidR="00E952A0" w:rsidRPr="00DE30B3" w:rsidRDefault="00000000">
      <w:pPr>
        <w:rPr>
          <w:rFonts w:asciiTheme="majorHAnsi" w:hAnsiTheme="majorHAnsi" w:cstheme="majorHAnsi"/>
          <w:sz w:val="24"/>
          <w:szCs w:val="24"/>
        </w:rPr>
      </w:pPr>
      <w:r w:rsidRPr="00DE30B3">
        <w:rPr>
          <w:rFonts w:asciiTheme="majorHAnsi" w:hAnsiTheme="majorHAnsi" w:cstheme="majorHAnsi"/>
          <w:b/>
          <w:sz w:val="24"/>
          <w:szCs w:val="24"/>
        </w:rPr>
        <w:t>ANEXO 1 · CONTINUACIÓN</w:t>
      </w:r>
    </w:p>
    <w:p w14:paraId="65D83BAE" w14:textId="77777777" w:rsidR="00E952A0" w:rsidRPr="00A74CB4" w:rsidRDefault="00000000">
      <w:pPr>
        <w:pStyle w:val="Ttulo1"/>
        <w:rPr>
          <w:rFonts w:cstheme="majorHAnsi"/>
        </w:rPr>
      </w:pPr>
      <w:r w:rsidRPr="00A74CB4">
        <w:rPr>
          <w:rFonts w:cstheme="majorHAnsi"/>
        </w:rPr>
        <w:t>Detalle de respaldos y justificación</w:t>
      </w:r>
    </w:p>
    <w:p w14:paraId="337672FB"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Adjunte cotizaciones, capturas fechadas de precios, enlaces de proveedores u otros respaldos verificables asociados a los ítems. Los respaldos deben permitir comprobar cantidades y montos indicados.</w:t>
      </w:r>
    </w:p>
    <w:tbl>
      <w:tblPr>
        <w:tblStyle w:val="Tablaconcuadrcula"/>
        <w:tblW w:w="0" w:type="auto"/>
        <w:jc w:val="center"/>
        <w:tblLayout w:type="fixed"/>
        <w:tblLook w:val="04A0" w:firstRow="1" w:lastRow="0" w:firstColumn="1" w:lastColumn="0" w:noHBand="0" w:noVBand="1"/>
      </w:tblPr>
      <w:tblGrid>
        <w:gridCol w:w="1134"/>
        <w:gridCol w:w="2382"/>
        <w:gridCol w:w="3458"/>
        <w:gridCol w:w="2608"/>
      </w:tblGrid>
      <w:tr w:rsidR="00E952A0" w:rsidRPr="00DE30B3" w14:paraId="559AB269" w14:textId="77777777" w:rsidTr="00DE30B3">
        <w:trPr>
          <w:tblHeader/>
          <w:jc w:val="center"/>
        </w:trPr>
        <w:tc>
          <w:tcPr>
            <w:tcW w:w="1134" w:type="dxa"/>
            <w:shd w:val="clear" w:color="auto" w:fill="EAEAEA"/>
            <w:vAlign w:val="center"/>
          </w:tcPr>
          <w:p w14:paraId="6225C8D2"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Ítem del plan</w:t>
            </w:r>
          </w:p>
        </w:tc>
        <w:tc>
          <w:tcPr>
            <w:tcW w:w="2382" w:type="dxa"/>
            <w:shd w:val="clear" w:color="auto" w:fill="EAEAEA"/>
            <w:vAlign w:val="center"/>
          </w:tcPr>
          <w:p w14:paraId="5E95FE9F"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Proveedor / origen del precio</w:t>
            </w:r>
          </w:p>
        </w:tc>
        <w:tc>
          <w:tcPr>
            <w:tcW w:w="3458" w:type="dxa"/>
            <w:shd w:val="clear" w:color="auto" w:fill="EAEAEA"/>
            <w:vAlign w:val="center"/>
          </w:tcPr>
          <w:p w14:paraId="3B560DE7"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Documento, cotización o enlace adjunto</w:t>
            </w:r>
          </w:p>
        </w:tc>
        <w:tc>
          <w:tcPr>
            <w:tcW w:w="2608" w:type="dxa"/>
            <w:shd w:val="clear" w:color="auto" w:fill="EAEAEA"/>
            <w:vAlign w:val="center"/>
          </w:tcPr>
          <w:p w14:paraId="6F601F39"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Justificación breve</w:t>
            </w:r>
          </w:p>
        </w:tc>
      </w:tr>
      <w:tr w:rsidR="00E952A0" w:rsidRPr="00DE30B3" w14:paraId="1FAAA6EC" w14:textId="77777777" w:rsidTr="00DE30B3">
        <w:trPr>
          <w:jc w:val="center"/>
        </w:trPr>
        <w:tc>
          <w:tcPr>
            <w:tcW w:w="1134" w:type="dxa"/>
            <w:vAlign w:val="center"/>
          </w:tcPr>
          <w:p w14:paraId="2ABB44C8" w14:textId="77777777" w:rsidR="00E952A0" w:rsidRPr="00DE30B3" w:rsidRDefault="00E952A0">
            <w:pPr>
              <w:spacing w:before="20" w:after="20"/>
              <w:rPr>
                <w:rFonts w:asciiTheme="majorHAnsi" w:hAnsiTheme="majorHAnsi" w:cstheme="majorHAnsi"/>
                <w:sz w:val="22"/>
              </w:rPr>
            </w:pPr>
          </w:p>
        </w:tc>
        <w:tc>
          <w:tcPr>
            <w:tcW w:w="2382" w:type="dxa"/>
            <w:vAlign w:val="center"/>
          </w:tcPr>
          <w:p w14:paraId="6D4A6FF0" w14:textId="77777777" w:rsidR="00E952A0" w:rsidRPr="00DE30B3" w:rsidRDefault="00E952A0">
            <w:pPr>
              <w:spacing w:before="20" w:after="20"/>
              <w:rPr>
                <w:rFonts w:asciiTheme="majorHAnsi" w:hAnsiTheme="majorHAnsi" w:cstheme="majorHAnsi"/>
                <w:sz w:val="22"/>
              </w:rPr>
            </w:pPr>
          </w:p>
        </w:tc>
        <w:tc>
          <w:tcPr>
            <w:tcW w:w="3458" w:type="dxa"/>
            <w:vAlign w:val="center"/>
          </w:tcPr>
          <w:p w14:paraId="5BB54EBC" w14:textId="77777777" w:rsidR="00E952A0" w:rsidRPr="00DE30B3" w:rsidRDefault="00E952A0">
            <w:pPr>
              <w:spacing w:before="20" w:after="20"/>
              <w:rPr>
                <w:rFonts w:asciiTheme="majorHAnsi" w:hAnsiTheme="majorHAnsi" w:cstheme="majorHAnsi"/>
                <w:sz w:val="22"/>
              </w:rPr>
            </w:pPr>
          </w:p>
        </w:tc>
        <w:tc>
          <w:tcPr>
            <w:tcW w:w="2608" w:type="dxa"/>
            <w:vAlign w:val="center"/>
          </w:tcPr>
          <w:p w14:paraId="559A6893" w14:textId="77777777" w:rsidR="00E952A0" w:rsidRPr="00DE30B3" w:rsidRDefault="00E952A0">
            <w:pPr>
              <w:spacing w:before="20" w:after="20"/>
              <w:rPr>
                <w:rFonts w:asciiTheme="majorHAnsi" w:hAnsiTheme="majorHAnsi" w:cstheme="majorHAnsi"/>
                <w:sz w:val="22"/>
              </w:rPr>
            </w:pPr>
          </w:p>
        </w:tc>
      </w:tr>
      <w:tr w:rsidR="00E952A0" w:rsidRPr="00DE30B3" w14:paraId="60F2E515" w14:textId="77777777" w:rsidTr="00DE30B3">
        <w:trPr>
          <w:jc w:val="center"/>
        </w:trPr>
        <w:tc>
          <w:tcPr>
            <w:tcW w:w="1134" w:type="dxa"/>
            <w:vAlign w:val="center"/>
          </w:tcPr>
          <w:p w14:paraId="70D26534" w14:textId="77777777" w:rsidR="00E952A0" w:rsidRPr="00DE30B3" w:rsidRDefault="00E952A0">
            <w:pPr>
              <w:spacing w:before="20" w:after="20"/>
              <w:rPr>
                <w:rFonts w:asciiTheme="majorHAnsi" w:hAnsiTheme="majorHAnsi" w:cstheme="majorHAnsi"/>
                <w:sz w:val="22"/>
              </w:rPr>
            </w:pPr>
          </w:p>
        </w:tc>
        <w:tc>
          <w:tcPr>
            <w:tcW w:w="2382" w:type="dxa"/>
            <w:vAlign w:val="center"/>
          </w:tcPr>
          <w:p w14:paraId="528161F1" w14:textId="77777777" w:rsidR="00E952A0" w:rsidRPr="00DE30B3" w:rsidRDefault="00E952A0">
            <w:pPr>
              <w:spacing w:before="20" w:after="20"/>
              <w:rPr>
                <w:rFonts w:asciiTheme="majorHAnsi" w:hAnsiTheme="majorHAnsi" w:cstheme="majorHAnsi"/>
                <w:sz w:val="22"/>
              </w:rPr>
            </w:pPr>
          </w:p>
        </w:tc>
        <w:tc>
          <w:tcPr>
            <w:tcW w:w="3458" w:type="dxa"/>
            <w:vAlign w:val="center"/>
          </w:tcPr>
          <w:p w14:paraId="489743AD" w14:textId="77777777" w:rsidR="00E952A0" w:rsidRPr="00DE30B3" w:rsidRDefault="00E952A0">
            <w:pPr>
              <w:spacing w:before="20" w:after="20"/>
              <w:rPr>
                <w:rFonts w:asciiTheme="majorHAnsi" w:hAnsiTheme="majorHAnsi" w:cstheme="majorHAnsi"/>
                <w:sz w:val="22"/>
              </w:rPr>
            </w:pPr>
          </w:p>
        </w:tc>
        <w:tc>
          <w:tcPr>
            <w:tcW w:w="2608" w:type="dxa"/>
            <w:vAlign w:val="center"/>
          </w:tcPr>
          <w:p w14:paraId="6E0C179D" w14:textId="77777777" w:rsidR="00E952A0" w:rsidRPr="00DE30B3" w:rsidRDefault="00E952A0">
            <w:pPr>
              <w:spacing w:before="20" w:after="20"/>
              <w:rPr>
                <w:rFonts w:asciiTheme="majorHAnsi" w:hAnsiTheme="majorHAnsi" w:cstheme="majorHAnsi"/>
                <w:sz w:val="22"/>
              </w:rPr>
            </w:pPr>
          </w:p>
        </w:tc>
      </w:tr>
      <w:tr w:rsidR="00E952A0" w:rsidRPr="00DE30B3" w14:paraId="04A0F94C" w14:textId="77777777" w:rsidTr="00DE30B3">
        <w:trPr>
          <w:jc w:val="center"/>
        </w:trPr>
        <w:tc>
          <w:tcPr>
            <w:tcW w:w="1134" w:type="dxa"/>
            <w:vAlign w:val="center"/>
          </w:tcPr>
          <w:p w14:paraId="614B4AFE" w14:textId="77777777" w:rsidR="00E952A0" w:rsidRPr="00DE30B3" w:rsidRDefault="00E952A0">
            <w:pPr>
              <w:spacing w:before="20" w:after="20"/>
              <w:rPr>
                <w:rFonts w:asciiTheme="majorHAnsi" w:hAnsiTheme="majorHAnsi" w:cstheme="majorHAnsi"/>
                <w:sz w:val="22"/>
              </w:rPr>
            </w:pPr>
          </w:p>
        </w:tc>
        <w:tc>
          <w:tcPr>
            <w:tcW w:w="2382" w:type="dxa"/>
            <w:vAlign w:val="center"/>
          </w:tcPr>
          <w:p w14:paraId="2088CF7D" w14:textId="77777777" w:rsidR="00E952A0" w:rsidRPr="00DE30B3" w:rsidRDefault="00E952A0">
            <w:pPr>
              <w:spacing w:before="20" w:after="20"/>
              <w:rPr>
                <w:rFonts w:asciiTheme="majorHAnsi" w:hAnsiTheme="majorHAnsi" w:cstheme="majorHAnsi"/>
                <w:sz w:val="22"/>
              </w:rPr>
            </w:pPr>
          </w:p>
        </w:tc>
        <w:tc>
          <w:tcPr>
            <w:tcW w:w="3458" w:type="dxa"/>
            <w:vAlign w:val="center"/>
          </w:tcPr>
          <w:p w14:paraId="3B8CA063" w14:textId="77777777" w:rsidR="00E952A0" w:rsidRPr="00DE30B3" w:rsidRDefault="00E952A0">
            <w:pPr>
              <w:spacing w:before="20" w:after="20"/>
              <w:rPr>
                <w:rFonts w:asciiTheme="majorHAnsi" w:hAnsiTheme="majorHAnsi" w:cstheme="majorHAnsi"/>
                <w:sz w:val="22"/>
              </w:rPr>
            </w:pPr>
          </w:p>
        </w:tc>
        <w:tc>
          <w:tcPr>
            <w:tcW w:w="2608" w:type="dxa"/>
            <w:vAlign w:val="center"/>
          </w:tcPr>
          <w:p w14:paraId="1CF1D5BA" w14:textId="77777777" w:rsidR="00E952A0" w:rsidRPr="00DE30B3" w:rsidRDefault="00E952A0">
            <w:pPr>
              <w:spacing w:before="20" w:after="20"/>
              <w:rPr>
                <w:rFonts w:asciiTheme="majorHAnsi" w:hAnsiTheme="majorHAnsi" w:cstheme="majorHAnsi"/>
                <w:sz w:val="22"/>
              </w:rPr>
            </w:pPr>
          </w:p>
        </w:tc>
      </w:tr>
      <w:tr w:rsidR="00E952A0" w:rsidRPr="00DE30B3" w14:paraId="11B4FF91" w14:textId="77777777" w:rsidTr="00DE30B3">
        <w:trPr>
          <w:jc w:val="center"/>
        </w:trPr>
        <w:tc>
          <w:tcPr>
            <w:tcW w:w="1134" w:type="dxa"/>
            <w:vAlign w:val="center"/>
          </w:tcPr>
          <w:p w14:paraId="2E8878FB" w14:textId="77777777" w:rsidR="00E952A0" w:rsidRPr="00DE30B3" w:rsidRDefault="00E952A0">
            <w:pPr>
              <w:spacing w:before="20" w:after="20"/>
              <w:rPr>
                <w:rFonts w:asciiTheme="majorHAnsi" w:hAnsiTheme="majorHAnsi" w:cstheme="majorHAnsi"/>
                <w:sz w:val="22"/>
              </w:rPr>
            </w:pPr>
          </w:p>
        </w:tc>
        <w:tc>
          <w:tcPr>
            <w:tcW w:w="2382" w:type="dxa"/>
            <w:vAlign w:val="center"/>
          </w:tcPr>
          <w:p w14:paraId="4495FAA4" w14:textId="77777777" w:rsidR="00E952A0" w:rsidRPr="00DE30B3" w:rsidRDefault="00E952A0">
            <w:pPr>
              <w:spacing w:before="20" w:after="20"/>
              <w:rPr>
                <w:rFonts w:asciiTheme="majorHAnsi" w:hAnsiTheme="majorHAnsi" w:cstheme="majorHAnsi"/>
                <w:sz w:val="22"/>
              </w:rPr>
            </w:pPr>
          </w:p>
        </w:tc>
        <w:tc>
          <w:tcPr>
            <w:tcW w:w="3458" w:type="dxa"/>
            <w:vAlign w:val="center"/>
          </w:tcPr>
          <w:p w14:paraId="48BD4E07" w14:textId="77777777" w:rsidR="00E952A0" w:rsidRPr="00DE30B3" w:rsidRDefault="00E952A0">
            <w:pPr>
              <w:spacing w:before="20" w:after="20"/>
              <w:rPr>
                <w:rFonts w:asciiTheme="majorHAnsi" w:hAnsiTheme="majorHAnsi" w:cstheme="majorHAnsi"/>
                <w:sz w:val="22"/>
              </w:rPr>
            </w:pPr>
          </w:p>
        </w:tc>
        <w:tc>
          <w:tcPr>
            <w:tcW w:w="2608" w:type="dxa"/>
            <w:vAlign w:val="center"/>
          </w:tcPr>
          <w:p w14:paraId="21674454" w14:textId="77777777" w:rsidR="00E952A0" w:rsidRPr="00DE30B3" w:rsidRDefault="00E952A0">
            <w:pPr>
              <w:spacing w:before="20" w:after="20"/>
              <w:rPr>
                <w:rFonts w:asciiTheme="majorHAnsi" w:hAnsiTheme="majorHAnsi" w:cstheme="majorHAnsi"/>
                <w:sz w:val="22"/>
              </w:rPr>
            </w:pPr>
          </w:p>
        </w:tc>
      </w:tr>
      <w:tr w:rsidR="00E952A0" w:rsidRPr="00DE30B3" w14:paraId="3D791E30" w14:textId="77777777" w:rsidTr="00DE30B3">
        <w:trPr>
          <w:jc w:val="center"/>
        </w:trPr>
        <w:tc>
          <w:tcPr>
            <w:tcW w:w="1134" w:type="dxa"/>
            <w:vAlign w:val="center"/>
          </w:tcPr>
          <w:p w14:paraId="67BD283A" w14:textId="77777777" w:rsidR="00E952A0" w:rsidRPr="00DE30B3" w:rsidRDefault="00E952A0">
            <w:pPr>
              <w:spacing w:before="20" w:after="20"/>
              <w:rPr>
                <w:rFonts w:asciiTheme="majorHAnsi" w:hAnsiTheme="majorHAnsi" w:cstheme="majorHAnsi"/>
                <w:sz w:val="22"/>
              </w:rPr>
            </w:pPr>
          </w:p>
        </w:tc>
        <w:tc>
          <w:tcPr>
            <w:tcW w:w="2382" w:type="dxa"/>
            <w:vAlign w:val="center"/>
          </w:tcPr>
          <w:p w14:paraId="5EBD2F02" w14:textId="77777777" w:rsidR="00E952A0" w:rsidRPr="00DE30B3" w:rsidRDefault="00E952A0">
            <w:pPr>
              <w:spacing w:before="20" w:after="20"/>
              <w:rPr>
                <w:rFonts w:asciiTheme="majorHAnsi" w:hAnsiTheme="majorHAnsi" w:cstheme="majorHAnsi"/>
                <w:sz w:val="22"/>
              </w:rPr>
            </w:pPr>
          </w:p>
        </w:tc>
        <w:tc>
          <w:tcPr>
            <w:tcW w:w="3458" w:type="dxa"/>
            <w:vAlign w:val="center"/>
          </w:tcPr>
          <w:p w14:paraId="1AC135D2" w14:textId="77777777" w:rsidR="00E952A0" w:rsidRPr="00DE30B3" w:rsidRDefault="00E952A0">
            <w:pPr>
              <w:spacing w:before="20" w:after="20"/>
              <w:rPr>
                <w:rFonts w:asciiTheme="majorHAnsi" w:hAnsiTheme="majorHAnsi" w:cstheme="majorHAnsi"/>
                <w:sz w:val="22"/>
              </w:rPr>
            </w:pPr>
          </w:p>
        </w:tc>
        <w:tc>
          <w:tcPr>
            <w:tcW w:w="2608" w:type="dxa"/>
            <w:vAlign w:val="center"/>
          </w:tcPr>
          <w:p w14:paraId="013A87D1" w14:textId="77777777" w:rsidR="00E952A0" w:rsidRPr="00DE30B3" w:rsidRDefault="00E952A0">
            <w:pPr>
              <w:spacing w:before="20" w:after="20"/>
              <w:rPr>
                <w:rFonts w:asciiTheme="majorHAnsi" w:hAnsiTheme="majorHAnsi" w:cstheme="majorHAnsi"/>
                <w:sz w:val="22"/>
              </w:rPr>
            </w:pPr>
          </w:p>
        </w:tc>
      </w:tr>
      <w:tr w:rsidR="00E952A0" w:rsidRPr="00DE30B3" w14:paraId="7D9CAE09" w14:textId="77777777" w:rsidTr="00DE30B3">
        <w:trPr>
          <w:jc w:val="center"/>
        </w:trPr>
        <w:tc>
          <w:tcPr>
            <w:tcW w:w="1134" w:type="dxa"/>
            <w:vAlign w:val="center"/>
          </w:tcPr>
          <w:p w14:paraId="6A87F94B" w14:textId="77777777" w:rsidR="00E952A0" w:rsidRPr="00DE30B3" w:rsidRDefault="00E952A0">
            <w:pPr>
              <w:spacing w:before="20" w:after="20"/>
              <w:rPr>
                <w:rFonts w:asciiTheme="majorHAnsi" w:hAnsiTheme="majorHAnsi" w:cstheme="majorHAnsi"/>
                <w:sz w:val="22"/>
              </w:rPr>
            </w:pPr>
          </w:p>
        </w:tc>
        <w:tc>
          <w:tcPr>
            <w:tcW w:w="2382" w:type="dxa"/>
            <w:vAlign w:val="center"/>
          </w:tcPr>
          <w:p w14:paraId="7D73A016" w14:textId="77777777" w:rsidR="00E952A0" w:rsidRPr="00DE30B3" w:rsidRDefault="00E952A0">
            <w:pPr>
              <w:spacing w:before="20" w:after="20"/>
              <w:rPr>
                <w:rFonts w:asciiTheme="majorHAnsi" w:hAnsiTheme="majorHAnsi" w:cstheme="majorHAnsi"/>
                <w:sz w:val="22"/>
              </w:rPr>
            </w:pPr>
          </w:p>
        </w:tc>
        <w:tc>
          <w:tcPr>
            <w:tcW w:w="3458" w:type="dxa"/>
            <w:vAlign w:val="center"/>
          </w:tcPr>
          <w:p w14:paraId="57D17722" w14:textId="77777777" w:rsidR="00E952A0" w:rsidRPr="00DE30B3" w:rsidRDefault="00E952A0">
            <w:pPr>
              <w:spacing w:before="20" w:after="20"/>
              <w:rPr>
                <w:rFonts w:asciiTheme="majorHAnsi" w:hAnsiTheme="majorHAnsi" w:cstheme="majorHAnsi"/>
                <w:sz w:val="22"/>
              </w:rPr>
            </w:pPr>
          </w:p>
        </w:tc>
        <w:tc>
          <w:tcPr>
            <w:tcW w:w="2608" w:type="dxa"/>
            <w:vAlign w:val="center"/>
          </w:tcPr>
          <w:p w14:paraId="19D43908" w14:textId="77777777" w:rsidR="00E952A0" w:rsidRPr="00DE30B3" w:rsidRDefault="00E952A0">
            <w:pPr>
              <w:spacing w:before="20" w:after="20"/>
              <w:rPr>
                <w:rFonts w:asciiTheme="majorHAnsi" w:hAnsiTheme="majorHAnsi" w:cstheme="majorHAnsi"/>
                <w:sz w:val="22"/>
              </w:rPr>
            </w:pPr>
          </w:p>
        </w:tc>
      </w:tr>
      <w:tr w:rsidR="00E952A0" w:rsidRPr="00DE30B3" w14:paraId="05199489" w14:textId="77777777" w:rsidTr="00DE30B3">
        <w:trPr>
          <w:jc w:val="center"/>
        </w:trPr>
        <w:tc>
          <w:tcPr>
            <w:tcW w:w="1134" w:type="dxa"/>
            <w:vAlign w:val="center"/>
          </w:tcPr>
          <w:p w14:paraId="7ECD9011" w14:textId="77777777" w:rsidR="00E952A0" w:rsidRPr="00DE30B3" w:rsidRDefault="00E952A0">
            <w:pPr>
              <w:spacing w:before="20" w:after="20"/>
              <w:rPr>
                <w:rFonts w:asciiTheme="majorHAnsi" w:hAnsiTheme="majorHAnsi" w:cstheme="majorHAnsi"/>
                <w:sz w:val="22"/>
              </w:rPr>
            </w:pPr>
          </w:p>
        </w:tc>
        <w:tc>
          <w:tcPr>
            <w:tcW w:w="2382" w:type="dxa"/>
            <w:vAlign w:val="center"/>
          </w:tcPr>
          <w:p w14:paraId="2F1CE5AC" w14:textId="77777777" w:rsidR="00E952A0" w:rsidRPr="00DE30B3" w:rsidRDefault="00E952A0">
            <w:pPr>
              <w:spacing w:before="20" w:after="20"/>
              <w:rPr>
                <w:rFonts w:asciiTheme="majorHAnsi" w:hAnsiTheme="majorHAnsi" w:cstheme="majorHAnsi"/>
                <w:sz w:val="22"/>
              </w:rPr>
            </w:pPr>
          </w:p>
        </w:tc>
        <w:tc>
          <w:tcPr>
            <w:tcW w:w="3458" w:type="dxa"/>
            <w:vAlign w:val="center"/>
          </w:tcPr>
          <w:p w14:paraId="02A3B6F4" w14:textId="77777777" w:rsidR="00E952A0" w:rsidRPr="00DE30B3" w:rsidRDefault="00E952A0">
            <w:pPr>
              <w:spacing w:before="20" w:after="20"/>
              <w:rPr>
                <w:rFonts w:asciiTheme="majorHAnsi" w:hAnsiTheme="majorHAnsi" w:cstheme="majorHAnsi"/>
                <w:sz w:val="22"/>
              </w:rPr>
            </w:pPr>
          </w:p>
        </w:tc>
        <w:tc>
          <w:tcPr>
            <w:tcW w:w="2608" w:type="dxa"/>
            <w:vAlign w:val="center"/>
          </w:tcPr>
          <w:p w14:paraId="5DAE5C58" w14:textId="77777777" w:rsidR="00E952A0" w:rsidRPr="00DE30B3" w:rsidRDefault="00E952A0">
            <w:pPr>
              <w:spacing w:before="20" w:after="20"/>
              <w:rPr>
                <w:rFonts w:asciiTheme="majorHAnsi" w:hAnsiTheme="majorHAnsi" w:cstheme="majorHAnsi"/>
                <w:sz w:val="22"/>
              </w:rPr>
            </w:pPr>
          </w:p>
        </w:tc>
      </w:tr>
      <w:tr w:rsidR="00E952A0" w:rsidRPr="00DE30B3" w14:paraId="50CD7790" w14:textId="77777777" w:rsidTr="00DE30B3">
        <w:trPr>
          <w:jc w:val="center"/>
        </w:trPr>
        <w:tc>
          <w:tcPr>
            <w:tcW w:w="1134" w:type="dxa"/>
            <w:vAlign w:val="center"/>
          </w:tcPr>
          <w:p w14:paraId="4163F9DA" w14:textId="77777777" w:rsidR="00E952A0" w:rsidRPr="00DE30B3" w:rsidRDefault="00E952A0">
            <w:pPr>
              <w:spacing w:before="20" w:after="20"/>
              <w:rPr>
                <w:rFonts w:asciiTheme="majorHAnsi" w:hAnsiTheme="majorHAnsi" w:cstheme="majorHAnsi"/>
                <w:sz w:val="22"/>
              </w:rPr>
            </w:pPr>
          </w:p>
        </w:tc>
        <w:tc>
          <w:tcPr>
            <w:tcW w:w="2382" w:type="dxa"/>
            <w:vAlign w:val="center"/>
          </w:tcPr>
          <w:p w14:paraId="3374EEDF" w14:textId="77777777" w:rsidR="00E952A0" w:rsidRPr="00DE30B3" w:rsidRDefault="00E952A0">
            <w:pPr>
              <w:spacing w:before="20" w:after="20"/>
              <w:rPr>
                <w:rFonts w:asciiTheme="majorHAnsi" w:hAnsiTheme="majorHAnsi" w:cstheme="majorHAnsi"/>
                <w:sz w:val="22"/>
              </w:rPr>
            </w:pPr>
          </w:p>
        </w:tc>
        <w:tc>
          <w:tcPr>
            <w:tcW w:w="3458" w:type="dxa"/>
            <w:vAlign w:val="center"/>
          </w:tcPr>
          <w:p w14:paraId="27FCB036" w14:textId="77777777" w:rsidR="00E952A0" w:rsidRPr="00DE30B3" w:rsidRDefault="00E952A0">
            <w:pPr>
              <w:spacing w:before="20" w:after="20"/>
              <w:rPr>
                <w:rFonts w:asciiTheme="majorHAnsi" w:hAnsiTheme="majorHAnsi" w:cstheme="majorHAnsi"/>
                <w:sz w:val="22"/>
              </w:rPr>
            </w:pPr>
          </w:p>
        </w:tc>
        <w:tc>
          <w:tcPr>
            <w:tcW w:w="2608" w:type="dxa"/>
            <w:vAlign w:val="center"/>
          </w:tcPr>
          <w:p w14:paraId="2400E13C" w14:textId="77777777" w:rsidR="00E952A0" w:rsidRPr="00DE30B3" w:rsidRDefault="00E952A0">
            <w:pPr>
              <w:spacing w:before="20" w:after="20"/>
              <w:rPr>
                <w:rFonts w:asciiTheme="majorHAnsi" w:hAnsiTheme="majorHAnsi" w:cstheme="majorHAnsi"/>
                <w:sz w:val="22"/>
              </w:rPr>
            </w:pPr>
          </w:p>
        </w:tc>
      </w:tr>
    </w:tbl>
    <w:p w14:paraId="7570B510" w14:textId="77777777" w:rsidR="00E952A0" w:rsidRPr="00DE30B3" w:rsidRDefault="00000000">
      <w:pPr>
        <w:pStyle w:val="Ttulo2"/>
        <w:rPr>
          <w:rFonts w:cstheme="majorHAnsi"/>
          <w:sz w:val="22"/>
          <w:szCs w:val="22"/>
        </w:rPr>
      </w:pPr>
      <w:r w:rsidRPr="00DE30B3">
        <w:rPr>
          <w:rFonts w:cstheme="majorHAnsi"/>
          <w:sz w:val="22"/>
          <w:szCs w:val="22"/>
        </w:rPr>
        <w:t>Declaración de consistencia presupuestaria</w:t>
      </w:r>
    </w:p>
    <w:p w14:paraId="7FDF1A46"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Declaro que la información contenida en este plan de gastos corresponde a necesidades reales del proyecto, que los montos son estimaciones respaldadas por antecedentes verificables y que los recursos solicitados serán destinados a las actividades aprobadas conforme a las Bases y al eventual convenio de subvención.</w:t>
      </w:r>
    </w:p>
    <w:p w14:paraId="2CFFEC30"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Nombre del representante legal:  </w:t>
      </w:r>
      <w:r w:rsidRPr="00DE30B3">
        <w:rPr>
          <w:rFonts w:asciiTheme="majorHAnsi" w:hAnsiTheme="majorHAnsi" w:cstheme="majorHAnsi"/>
          <w:sz w:val="22"/>
        </w:rPr>
        <w:t>______________________________________________</w:t>
      </w:r>
    </w:p>
    <w:p w14:paraId="7114B18B"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Nombre de la organización:  </w:t>
      </w:r>
      <w:r w:rsidRPr="00DE30B3">
        <w:rPr>
          <w:rFonts w:asciiTheme="majorHAnsi" w:hAnsiTheme="majorHAnsi" w:cstheme="majorHAnsi"/>
          <w:sz w:val="22"/>
        </w:rPr>
        <w:t>___________________________________________________</w:t>
      </w:r>
    </w:p>
    <w:p w14:paraId="41EC25F8"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Firma: _______________________________________     Fecha: ____ / ____ / ______</w:t>
      </w:r>
    </w:p>
    <w:p w14:paraId="1B797A55" w14:textId="77777777" w:rsidR="00E952A0" w:rsidRPr="00DE30B3" w:rsidRDefault="00000000">
      <w:pPr>
        <w:spacing w:before="100"/>
        <w:rPr>
          <w:rFonts w:asciiTheme="majorHAnsi" w:hAnsiTheme="majorHAnsi" w:cstheme="majorHAnsi"/>
          <w:sz w:val="22"/>
        </w:rPr>
      </w:pPr>
      <w:r w:rsidRPr="00DE30B3">
        <w:rPr>
          <w:rFonts w:asciiTheme="majorHAnsi" w:hAnsiTheme="majorHAnsi" w:cstheme="majorHAnsi"/>
          <w:i/>
          <w:sz w:val="22"/>
        </w:rPr>
        <w:t>Nota: Este plan es un modelo de respaldo y no sustituye los datos presupuestarios exigidos en el formulario de postulación online.</w:t>
      </w:r>
    </w:p>
    <w:p w14:paraId="1E56BD30"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br w:type="page"/>
      </w:r>
    </w:p>
    <w:p w14:paraId="6ABCDD3C" w14:textId="77777777" w:rsidR="00DE30B3" w:rsidRDefault="00DE30B3">
      <w:pPr>
        <w:rPr>
          <w:rFonts w:asciiTheme="majorHAnsi" w:hAnsiTheme="majorHAnsi" w:cstheme="majorHAnsi"/>
          <w:b/>
        </w:rPr>
      </w:pPr>
    </w:p>
    <w:p w14:paraId="00A497A8" w14:textId="7A5D5CC5" w:rsidR="00E952A0" w:rsidRPr="00DE30B3" w:rsidRDefault="00000000">
      <w:pPr>
        <w:rPr>
          <w:rFonts w:asciiTheme="majorHAnsi" w:hAnsiTheme="majorHAnsi" w:cstheme="majorHAnsi"/>
          <w:sz w:val="24"/>
          <w:szCs w:val="24"/>
        </w:rPr>
      </w:pPr>
      <w:r w:rsidRPr="00DE30B3">
        <w:rPr>
          <w:rFonts w:asciiTheme="majorHAnsi" w:hAnsiTheme="majorHAnsi" w:cstheme="majorHAnsi"/>
          <w:b/>
          <w:sz w:val="24"/>
          <w:szCs w:val="24"/>
        </w:rPr>
        <w:t>ANEXO 2</w:t>
      </w:r>
    </w:p>
    <w:p w14:paraId="455ACADE" w14:textId="77777777" w:rsidR="00E952A0" w:rsidRPr="00A74CB4" w:rsidRDefault="00000000">
      <w:pPr>
        <w:pStyle w:val="Ttulo1"/>
        <w:rPr>
          <w:rFonts w:cstheme="majorHAnsi"/>
        </w:rPr>
      </w:pPr>
      <w:r w:rsidRPr="00A74CB4">
        <w:rPr>
          <w:rFonts w:cstheme="majorHAnsi"/>
        </w:rPr>
        <w:t>Nómina y carta de compromiso de jóvenes líderes</w:t>
      </w:r>
    </w:p>
    <w:p w14:paraId="47258163"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Nombre del proyecto:  </w:t>
      </w:r>
      <w:r w:rsidRPr="00DE30B3">
        <w:rPr>
          <w:rFonts w:asciiTheme="majorHAnsi" w:hAnsiTheme="majorHAnsi" w:cstheme="majorHAnsi"/>
          <w:sz w:val="22"/>
        </w:rPr>
        <w:t>_________________________________________________________</w:t>
      </w:r>
    </w:p>
    <w:p w14:paraId="04E196FF"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Organización postulante o patrocinante:  </w:t>
      </w:r>
      <w:r w:rsidRPr="00DE30B3">
        <w:rPr>
          <w:rFonts w:asciiTheme="majorHAnsi" w:hAnsiTheme="majorHAnsi" w:cstheme="majorHAnsi"/>
          <w:sz w:val="22"/>
        </w:rPr>
        <w:t>______________________________________</w:t>
      </w:r>
    </w:p>
    <w:p w14:paraId="5D6A7AEB"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Se individualiza a las y los jóvenes que liderarán la iniciativa. El proyecto deberá contar con al menos dos personas líderes de entre 15 y 24 años al momento de postular.</w:t>
      </w:r>
    </w:p>
    <w:tbl>
      <w:tblPr>
        <w:tblStyle w:val="Tablaconcuadrcula"/>
        <w:tblW w:w="0" w:type="auto"/>
        <w:jc w:val="center"/>
        <w:tblLayout w:type="fixed"/>
        <w:tblLook w:val="04A0" w:firstRow="1" w:lastRow="0" w:firstColumn="1" w:lastColumn="0" w:noHBand="0" w:noVBand="1"/>
      </w:tblPr>
      <w:tblGrid>
        <w:gridCol w:w="567"/>
        <w:gridCol w:w="2551"/>
        <w:gridCol w:w="1644"/>
        <w:gridCol w:w="680"/>
        <w:gridCol w:w="2268"/>
        <w:gridCol w:w="1871"/>
      </w:tblGrid>
      <w:tr w:rsidR="00E952A0" w:rsidRPr="00DE30B3" w14:paraId="25AD165B" w14:textId="77777777">
        <w:trPr>
          <w:tblHeader/>
          <w:jc w:val="center"/>
        </w:trPr>
        <w:tc>
          <w:tcPr>
            <w:tcW w:w="567" w:type="dxa"/>
            <w:shd w:val="clear" w:color="auto" w:fill="EAEAEA"/>
            <w:vAlign w:val="center"/>
          </w:tcPr>
          <w:p w14:paraId="58FA71BF" w14:textId="77777777" w:rsidR="00E952A0" w:rsidRPr="00DE30B3" w:rsidRDefault="00000000">
            <w:pPr>
              <w:spacing w:before="20" w:after="20"/>
              <w:rPr>
                <w:rFonts w:asciiTheme="majorHAnsi" w:hAnsiTheme="majorHAnsi" w:cstheme="majorHAnsi"/>
                <w:sz w:val="22"/>
              </w:rPr>
            </w:pPr>
            <w:proofErr w:type="spellStart"/>
            <w:r w:rsidRPr="00DE30B3">
              <w:rPr>
                <w:rFonts w:asciiTheme="majorHAnsi" w:hAnsiTheme="majorHAnsi" w:cstheme="majorHAnsi"/>
                <w:b/>
                <w:sz w:val="22"/>
              </w:rPr>
              <w:t>N°</w:t>
            </w:r>
            <w:proofErr w:type="spellEnd"/>
          </w:p>
        </w:tc>
        <w:tc>
          <w:tcPr>
            <w:tcW w:w="2551" w:type="dxa"/>
            <w:shd w:val="clear" w:color="auto" w:fill="EAEAEA"/>
            <w:vAlign w:val="center"/>
          </w:tcPr>
          <w:p w14:paraId="1AEA8734"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Nombre completo</w:t>
            </w:r>
          </w:p>
        </w:tc>
        <w:tc>
          <w:tcPr>
            <w:tcW w:w="1644" w:type="dxa"/>
            <w:shd w:val="clear" w:color="auto" w:fill="EAEAEA"/>
            <w:vAlign w:val="center"/>
          </w:tcPr>
          <w:p w14:paraId="32518F10"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RUT</w:t>
            </w:r>
          </w:p>
        </w:tc>
        <w:tc>
          <w:tcPr>
            <w:tcW w:w="680" w:type="dxa"/>
            <w:shd w:val="clear" w:color="auto" w:fill="EAEAEA"/>
            <w:vAlign w:val="center"/>
          </w:tcPr>
          <w:p w14:paraId="7DEA22FD"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Edad</w:t>
            </w:r>
          </w:p>
        </w:tc>
        <w:tc>
          <w:tcPr>
            <w:tcW w:w="2268" w:type="dxa"/>
            <w:shd w:val="clear" w:color="auto" w:fill="EAEAEA"/>
            <w:vAlign w:val="center"/>
          </w:tcPr>
          <w:p w14:paraId="1A4D3D5F"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Vínculo con Temuco</w:t>
            </w:r>
          </w:p>
        </w:tc>
        <w:tc>
          <w:tcPr>
            <w:tcW w:w="1871" w:type="dxa"/>
            <w:shd w:val="clear" w:color="auto" w:fill="EAEAEA"/>
            <w:vAlign w:val="center"/>
          </w:tcPr>
          <w:p w14:paraId="203829EC"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b/>
                <w:sz w:val="22"/>
              </w:rPr>
              <w:t>Firma</w:t>
            </w:r>
          </w:p>
        </w:tc>
      </w:tr>
      <w:tr w:rsidR="00E952A0" w:rsidRPr="00DE30B3" w14:paraId="68A18096" w14:textId="77777777">
        <w:trPr>
          <w:jc w:val="center"/>
        </w:trPr>
        <w:tc>
          <w:tcPr>
            <w:tcW w:w="567" w:type="dxa"/>
            <w:vAlign w:val="center"/>
          </w:tcPr>
          <w:p w14:paraId="7C3F6FCE"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sz w:val="22"/>
              </w:rPr>
              <w:t>1</w:t>
            </w:r>
          </w:p>
        </w:tc>
        <w:tc>
          <w:tcPr>
            <w:tcW w:w="2551" w:type="dxa"/>
            <w:vAlign w:val="center"/>
          </w:tcPr>
          <w:p w14:paraId="28B12E5E" w14:textId="77777777" w:rsidR="00E952A0" w:rsidRPr="00DE30B3" w:rsidRDefault="00E952A0">
            <w:pPr>
              <w:spacing w:before="20" w:after="20"/>
              <w:rPr>
                <w:rFonts w:asciiTheme="majorHAnsi" w:hAnsiTheme="majorHAnsi" w:cstheme="majorHAnsi"/>
                <w:sz w:val="22"/>
              </w:rPr>
            </w:pPr>
          </w:p>
        </w:tc>
        <w:tc>
          <w:tcPr>
            <w:tcW w:w="1644" w:type="dxa"/>
            <w:vAlign w:val="center"/>
          </w:tcPr>
          <w:p w14:paraId="304CA1CB" w14:textId="77777777" w:rsidR="00E952A0" w:rsidRPr="00DE30B3" w:rsidRDefault="00E952A0">
            <w:pPr>
              <w:spacing w:before="20" w:after="20"/>
              <w:rPr>
                <w:rFonts w:asciiTheme="majorHAnsi" w:hAnsiTheme="majorHAnsi" w:cstheme="majorHAnsi"/>
                <w:sz w:val="22"/>
              </w:rPr>
            </w:pPr>
          </w:p>
        </w:tc>
        <w:tc>
          <w:tcPr>
            <w:tcW w:w="680" w:type="dxa"/>
            <w:vAlign w:val="center"/>
          </w:tcPr>
          <w:p w14:paraId="06E7B3D4" w14:textId="77777777" w:rsidR="00E952A0" w:rsidRPr="00DE30B3" w:rsidRDefault="00E952A0">
            <w:pPr>
              <w:spacing w:before="20" w:after="20"/>
              <w:rPr>
                <w:rFonts w:asciiTheme="majorHAnsi" w:hAnsiTheme="majorHAnsi" w:cstheme="majorHAnsi"/>
                <w:sz w:val="22"/>
              </w:rPr>
            </w:pPr>
          </w:p>
        </w:tc>
        <w:tc>
          <w:tcPr>
            <w:tcW w:w="2268" w:type="dxa"/>
            <w:vAlign w:val="center"/>
          </w:tcPr>
          <w:p w14:paraId="01EA7FA5" w14:textId="77777777" w:rsidR="00E952A0" w:rsidRPr="00DE30B3" w:rsidRDefault="00E952A0">
            <w:pPr>
              <w:spacing w:before="20" w:after="20"/>
              <w:rPr>
                <w:rFonts w:asciiTheme="majorHAnsi" w:hAnsiTheme="majorHAnsi" w:cstheme="majorHAnsi"/>
                <w:sz w:val="22"/>
              </w:rPr>
            </w:pPr>
          </w:p>
        </w:tc>
        <w:tc>
          <w:tcPr>
            <w:tcW w:w="1871" w:type="dxa"/>
            <w:vAlign w:val="center"/>
          </w:tcPr>
          <w:p w14:paraId="1C2F9630" w14:textId="77777777" w:rsidR="00E952A0" w:rsidRPr="00DE30B3" w:rsidRDefault="00E952A0">
            <w:pPr>
              <w:spacing w:before="20" w:after="20"/>
              <w:rPr>
                <w:rFonts w:asciiTheme="majorHAnsi" w:hAnsiTheme="majorHAnsi" w:cstheme="majorHAnsi"/>
                <w:sz w:val="22"/>
              </w:rPr>
            </w:pPr>
          </w:p>
        </w:tc>
      </w:tr>
      <w:tr w:rsidR="00E952A0" w:rsidRPr="00DE30B3" w14:paraId="61D84D70" w14:textId="77777777">
        <w:trPr>
          <w:jc w:val="center"/>
        </w:trPr>
        <w:tc>
          <w:tcPr>
            <w:tcW w:w="567" w:type="dxa"/>
            <w:vAlign w:val="center"/>
          </w:tcPr>
          <w:p w14:paraId="16CEE079"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sz w:val="22"/>
              </w:rPr>
              <w:t>2</w:t>
            </w:r>
          </w:p>
        </w:tc>
        <w:tc>
          <w:tcPr>
            <w:tcW w:w="2551" w:type="dxa"/>
            <w:vAlign w:val="center"/>
          </w:tcPr>
          <w:p w14:paraId="19863D9A" w14:textId="77777777" w:rsidR="00E952A0" w:rsidRPr="00DE30B3" w:rsidRDefault="00E952A0">
            <w:pPr>
              <w:spacing w:before="20" w:after="20"/>
              <w:rPr>
                <w:rFonts w:asciiTheme="majorHAnsi" w:hAnsiTheme="majorHAnsi" w:cstheme="majorHAnsi"/>
                <w:sz w:val="22"/>
              </w:rPr>
            </w:pPr>
          </w:p>
        </w:tc>
        <w:tc>
          <w:tcPr>
            <w:tcW w:w="1644" w:type="dxa"/>
            <w:vAlign w:val="center"/>
          </w:tcPr>
          <w:p w14:paraId="4DF606E6" w14:textId="77777777" w:rsidR="00E952A0" w:rsidRPr="00DE30B3" w:rsidRDefault="00E952A0">
            <w:pPr>
              <w:spacing w:before="20" w:after="20"/>
              <w:rPr>
                <w:rFonts w:asciiTheme="majorHAnsi" w:hAnsiTheme="majorHAnsi" w:cstheme="majorHAnsi"/>
                <w:sz w:val="22"/>
              </w:rPr>
            </w:pPr>
          </w:p>
        </w:tc>
        <w:tc>
          <w:tcPr>
            <w:tcW w:w="680" w:type="dxa"/>
            <w:vAlign w:val="center"/>
          </w:tcPr>
          <w:p w14:paraId="72738A1B" w14:textId="77777777" w:rsidR="00E952A0" w:rsidRPr="00DE30B3" w:rsidRDefault="00E952A0">
            <w:pPr>
              <w:spacing w:before="20" w:after="20"/>
              <w:rPr>
                <w:rFonts w:asciiTheme="majorHAnsi" w:hAnsiTheme="majorHAnsi" w:cstheme="majorHAnsi"/>
                <w:sz w:val="22"/>
              </w:rPr>
            </w:pPr>
          </w:p>
        </w:tc>
        <w:tc>
          <w:tcPr>
            <w:tcW w:w="2268" w:type="dxa"/>
            <w:vAlign w:val="center"/>
          </w:tcPr>
          <w:p w14:paraId="558624DE" w14:textId="77777777" w:rsidR="00E952A0" w:rsidRPr="00DE30B3" w:rsidRDefault="00E952A0">
            <w:pPr>
              <w:spacing w:before="20" w:after="20"/>
              <w:rPr>
                <w:rFonts w:asciiTheme="majorHAnsi" w:hAnsiTheme="majorHAnsi" w:cstheme="majorHAnsi"/>
                <w:sz w:val="22"/>
              </w:rPr>
            </w:pPr>
          </w:p>
        </w:tc>
        <w:tc>
          <w:tcPr>
            <w:tcW w:w="1871" w:type="dxa"/>
            <w:vAlign w:val="center"/>
          </w:tcPr>
          <w:p w14:paraId="16414A9E" w14:textId="77777777" w:rsidR="00E952A0" w:rsidRPr="00DE30B3" w:rsidRDefault="00E952A0">
            <w:pPr>
              <w:spacing w:before="20" w:after="20"/>
              <w:rPr>
                <w:rFonts w:asciiTheme="majorHAnsi" w:hAnsiTheme="majorHAnsi" w:cstheme="majorHAnsi"/>
                <w:sz w:val="22"/>
              </w:rPr>
            </w:pPr>
          </w:p>
        </w:tc>
      </w:tr>
      <w:tr w:rsidR="00E952A0" w:rsidRPr="00DE30B3" w14:paraId="44F5E7E2" w14:textId="77777777">
        <w:trPr>
          <w:jc w:val="center"/>
        </w:trPr>
        <w:tc>
          <w:tcPr>
            <w:tcW w:w="567" w:type="dxa"/>
            <w:vAlign w:val="center"/>
          </w:tcPr>
          <w:p w14:paraId="421FAAD0"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sz w:val="22"/>
              </w:rPr>
              <w:t>3</w:t>
            </w:r>
          </w:p>
        </w:tc>
        <w:tc>
          <w:tcPr>
            <w:tcW w:w="2551" w:type="dxa"/>
            <w:vAlign w:val="center"/>
          </w:tcPr>
          <w:p w14:paraId="53E8C155" w14:textId="77777777" w:rsidR="00E952A0" w:rsidRPr="00DE30B3" w:rsidRDefault="00E952A0">
            <w:pPr>
              <w:spacing w:before="20" w:after="20"/>
              <w:rPr>
                <w:rFonts w:asciiTheme="majorHAnsi" w:hAnsiTheme="majorHAnsi" w:cstheme="majorHAnsi"/>
                <w:sz w:val="22"/>
              </w:rPr>
            </w:pPr>
          </w:p>
        </w:tc>
        <w:tc>
          <w:tcPr>
            <w:tcW w:w="1644" w:type="dxa"/>
            <w:vAlign w:val="center"/>
          </w:tcPr>
          <w:p w14:paraId="234DB691" w14:textId="77777777" w:rsidR="00E952A0" w:rsidRPr="00DE30B3" w:rsidRDefault="00E952A0">
            <w:pPr>
              <w:spacing w:before="20" w:after="20"/>
              <w:rPr>
                <w:rFonts w:asciiTheme="majorHAnsi" w:hAnsiTheme="majorHAnsi" w:cstheme="majorHAnsi"/>
                <w:sz w:val="22"/>
              </w:rPr>
            </w:pPr>
          </w:p>
        </w:tc>
        <w:tc>
          <w:tcPr>
            <w:tcW w:w="680" w:type="dxa"/>
            <w:vAlign w:val="center"/>
          </w:tcPr>
          <w:p w14:paraId="7761A699" w14:textId="77777777" w:rsidR="00E952A0" w:rsidRPr="00DE30B3" w:rsidRDefault="00E952A0">
            <w:pPr>
              <w:spacing w:before="20" w:after="20"/>
              <w:rPr>
                <w:rFonts w:asciiTheme="majorHAnsi" w:hAnsiTheme="majorHAnsi" w:cstheme="majorHAnsi"/>
                <w:sz w:val="22"/>
              </w:rPr>
            </w:pPr>
          </w:p>
        </w:tc>
        <w:tc>
          <w:tcPr>
            <w:tcW w:w="2268" w:type="dxa"/>
            <w:vAlign w:val="center"/>
          </w:tcPr>
          <w:p w14:paraId="7841382F" w14:textId="77777777" w:rsidR="00E952A0" w:rsidRPr="00DE30B3" w:rsidRDefault="00E952A0">
            <w:pPr>
              <w:spacing w:before="20" w:after="20"/>
              <w:rPr>
                <w:rFonts w:asciiTheme="majorHAnsi" w:hAnsiTheme="majorHAnsi" w:cstheme="majorHAnsi"/>
                <w:sz w:val="22"/>
              </w:rPr>
            </w:pPr>
          </w:p>
        </w:tc>
        <w:tc>
          <w:tcPr>
            <w:tcW w:w="1871" w:type="dxa"/>
            <w:vAlign w:val="center"/>
          </w:tcPr>
          <w:p w14:paraId="791565F9" w14:textId="77777777" w:rsidR="00E952A0" w:rsidRPr="00DE30B3" w:rsidRDefault="00E952A0">
            <w:pPr>
              <w:spacing w:before="20" w:after="20"/>
              <w:rPr>
                <w:rFonts w:asciiTheme="majorHAnsi" w:hAnsiTheme="majorHAnsi" w:cstheme="majorHAnsi"/>
                <w:sz w:val="22"/>
              </w:rPr>
            </w:pPr>
          </w:p>
        </w:tc>
      </w:tr>
      <w:tr w:rsidR="00E952A0" w:rsidRPr="00DE30B3" w14:paraId="73722A13" w14:textId="77777777">
        <w:trPr>
          <w:jc w:val="center"/>
        </w:trPr>
        <w:tc>
          <w:tcPr>
            <w:tcW w:w="567" w:type="dxa"/>
            <w:vAlign w:val="center"/>
          </w:tcPr>
          <w:p w14:paraId="28CDAEA2"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sz w:val="22"/>
              </w:rPr>
              <w:t>4</w:t>
            </w:r>
          </w:p>
        </w:tc>
        <w:tc>
          <w:tcPr>
            <w:tcW w:w="2551" w:type="dxa"/>
            <w:vAlign w:val="center"/>
          </w:tcPr>
          <w:p w14:paraId="75B1350B" w14:textId="77777777" w:rsidR="00E952A0" w:rsidRPr="00DE30B3" w:rsidRDefault="00E952A0">
            <w:pPr>
              <w:spacing w:before="20" w:after="20"/>
              <w:rPr>
                <w:rFonts w:asciiTheme="majorHAnsi" w:hAnsiTheme="majorHAnsi" w:cstheme="majorHAnsi"/>
                <w:sz w:val="22"/>
              </w:rPr>
            </w:pPr>
          </w:p>
        </w:tc>
        <w:tc>
          <w:tcPr>
            <w:tcW w:w="1644" w:type="dxa"/>
            <w:vAlign w:val="center"/>
          </w:tcPr>
          <w:p w14:paraId="2A4CF00B" w14:textId="77777777" w:rsidR="00E952A0" w:rsidRPr="00DE30B3" w:rsidRDefault="00E952A0">
            <w:pPr>
              <w:spacing w:before="20" w:after="20"/>
              <w:rPr>
                <w:rFonts w:asciiTheme="majorHAnsi" w:hAnsiTheme="majorHAnsi" w:cstheme="majorHAnsi"/>
                <w:sz w:val="22"/>
              </w:rPr>
            </w:pPr>
          </w:p>
        </w:tc>
        <w:tc>
          <w:tcPr>
            <w:tcW w:w="680" w:type="dxa"/>
            <w:vAlign w:val="center"/>
          </w:tcPr>
          <w:p w14:paraId="64A19203" w14:textId="77777777" w:rsidR="00E952A0" w:rsidRPr="00DE30B3" w:rsidRDefault="00E952A0">
            <w:pPr>
              <w:spacing w:before="20" w:after="20"/>
              <w:rPr>
                <w:rFonts w:asciiTheme="majorHAnsi" w:hAnsiTheme="majorHAnsi" w:cstheme="majorHAnsi"/>
                <w:sz w:val="22"/>
              </w:rPr>
            </w:pPr>
          </w:p>
        </w:tc>
        <w:tc>
          <w:tcPr>
            <w:tcW w:w="2268" w:type="dxa"/>
            <w:vAlign w:val="center"/>
          </w:tcPr>
          <w:p w14:paraId="256B69E3" w14:textId="77777777" w:rsidR="00E952A0" w:rsidRPr="00DE30B3" w:rsidRDefault="00E952A0">
            <w:pPr>
              <w:spacing w:before="20" w:after="20"/>
              <w:rPr>
                <w:rFonts w:asciiTheme="majorHAnsi" w:hAnsiTheme="majorHAnsi" w:cstheme="majorHAnsi"/>
                <w:sz w:val="22"/>
              </w:rPr>
            </w:pPr>
          </w:p>
        </w:tc>
        <w:tc>
          <w:tcPr>
            <w:tcW w:w="1871" w:type="dxa"/>
            <w:vAlign w:val="center"/>
          </w:tcPr>
          <w:p w14:paraId="24C9F96A" w14:textId="77777777" w:rsidR="00E952A0" w:rsidRPr="00DE30B3" w:rsidRDefault="00E952A0">
            <w:pPr>
              <w:spacing w:before="20" w:after="20"/>
              <w:rPr>
                <w:rFonts w:asciiTheme="majorHAnsi" w:hAnsiTheme="majorHAnsi" w:cstheme="majorHAnsi"/>
                <w:sz w:val="22"/>
              </w:rPr>
            </w:pPr>
          </w:p>
        </w:tc>
      </w:tr>
      <w:tr w:rsidR="00E952A0" w:rsidRPr="00DE30B3" w14:paraId="5B22254F" w14:textId="77777777">
        <w:trPr>
          <w:jc w:val="center"/>
        </w:trPr>
        <w:tc>
          <w:tcPr>
            <w:tcW w:w="567" w:type="dxa"/>
            <w:vAlign w:val="center"/>
          </w:tcPr>
          <w:p w14:paraId="7DC5218C" w14:textId="77777777" w:rsidR="00E952A0" w:rsidRPr="00DE30B3" w:rsidRDefault="00000000">
            <w:pPr>
              <w:spacing w:before="20" w:after="20"/>
              <w:rPr>
                <w:rFonts w:asciiTheme="majorHAnsi" w:hAnsiTheme="majorHAnsi" w:cstheme="majorHAnsi"/>
                <w:sz w:val="22"/>
              </w:rPr>
            </w:pPr>
            <w:r w:rsidRPr="00DE30B3">
              <w:rPr>
                <w:rFonts w:asciiTheme="majorHAnsi" w:hAnsiTheme="majorHAnsi" w:cstheme="majorHAnsi"/>
                <w:sz w:val="22"/>
              </w:rPr>
              <w:t>5</w:t>
            </w:r>
          </w:p>
        </w:tc>
        <w:tc>
          <w:tcPr>
            <w:tcW w:w="2551" w:type="dxa"/>
            <w:vAlign w:val="center"/>
          </w:tcPr>
          <w:p w14:paraId="0EA4E170" w14:textId="77777777" w:rsidR="00E952A0" w:rsidRPr="00DE30B3" w:rsidRDefault="00E952A0">
            <w:pPr>
              <w:spacing w:before="20" w:after="20"/>
              <w:rPr>
                <w:rFonts w:asciiTheme="majorHAnsi" w:hAnsiTheme="majorHAnsi" w:cstheme="majorHAnsi"/>
                <w:sz w:val="22"/>
              </w:rPr>
            </w:pPr>
          </w:p>
        </w:tc>
        <w:tc>
          <w:tcPr>
            <w:tcW w:w="1644" w:type="dxa"/>
            <w:vAlign w:val="center"/>
          </w:tcPr>
          <w:p w14:paraId="6669369D" w14:textId="77777777" w:rsidR="00E952A0" w:rsidRPr="00DE30B3" w:rsidRDefault="00E952A0">
            <w:pPr>
              <w:spacing w:before="20" w:after="20"/>
              <w:rPr>
                <w:rFonts w:asciiTheme="majorHAnsi" w:hAnsiTheme="majorHAnsi" w:cstheme="majorHAnsi"/>
                <w:sz w:val="22"/>
              </w:rPr>
            </w:pPr>
          </w:p>
        </w:tc>
        <w:tc>
          <w:tcPr>
            <w:tcW w:w="680" w:type="dxa"/>
            <w:vAlign w:val="center"/>
          </w:tcPr>
          <w:p w14:paraId="6D611653" w14:textId="77777777" w:rsidR="00E952A0" w:rsidRPr="00DE30B3" w:rsidRDefault="00E952A0">
            <w:pPr>
              <w:spacing w:before="20" w:after="20"/>
              <w:rPr>
                <w:rFonts w:asciiTheme="majorHAnsi" w:hAnsiTheme="majorHAnsi" w:cstheme="majorHAnsi"/>
                <w:sz w:val="22"/>
              </w:rPr>
            </w:pPr>
          </w:p>
        </w:tc>
        <w:tc>
          <w:tcPr>
            <w:tcW w:w="2268" w:type="dxa"/>
            <w:vAlign w:val="center"/>
          </w:tcPr>
          <w:p w14:paraId="40A26091" w14:textId="77777777" w:rsidR="00E952A0" w:rsidRPr="00DE30B3" w:rsidRDefault="00E952A0">
            <w:pPr>
              <w:spacing w:before="20" w:after="20"/>
              <w:rPr>
                <w:rFonts w:asciiTheme="majorHAnsi" w:hAnsiTheme="majorHAnsi" w:cstheme="majorHAnsi"/>
                <w:sz w:val="22"/>
              </w:rPr>
            </w:pPr>
          </w:p>
        </w:tc>
        <w:tc>
          <w:tcPr>
            <w:tcW w:w="1871" w:type="dxa"/>
            <w:vAlign w:val="center"/>
          </w:tcPr>
          <w:p w14:paraId="305F829A" w14:textId="77777777" w:rsidR="00E952A0" w:rsidRPr="00DE30B3" w:rsidRDefault="00E952A0">
            <w:pPr>
              <w:spacing w:before="20" w:after="20"/>
              <w:rPr>
                <w:rFonts w:asciiTheme="majorHAnsi" w:hAnsiTheme="majorHAnsi" w:cstheme="majorHAnsi"/>
                <w:sz w:val="22"/>
              </w:rPr>
            </w:pPr>
          </w:p>
        </w:tc>
      </w:tr>
    </w:tbl>
    <w:p w14:paraId="47FE3FF5" w14:textId="77777777" w:rsidR="00E952A0" w:rsidRPr="00DE30B3" w:rsidRDefault="00000000">
      <w:pPr>
        <w:pStyle w:val="Ttulo2"/>
        <w:rPr>
          <w:rFonts w:cstheme="majorHAnsi"/>
          <w:sz w:val="22"/>
          <w:szCs w:val="22"/>
        </w:rPr>
      </w:pPr>
      <w:r w:rsidRPr="00DE30B3">
        <w:rPr>
          <w:rFonts w:cstheme="majorHAnsi"/>
          <w:sz w:val="22"/>
          <w:szCs w:val="22"/>
        </w:rPr>
        <w:t>Carta de compromiso</w:t>
      </w:r>
    </w:p>
    <w:p w14:paraId="7FE8884B"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Las personas jóvenes individualizadas anteriormente manifestamos nuestro compromiso de participar activamente en el diseño, implementación, seguimiento, comunicación y cierre del proyecto indicado, de acuerdo con las Bases del Fondo Juventud y Acción Climática 2026.</w:t>
      </w:r>
    </w:p>
    <w:p w14:paraId="1AAB5B9A" w14:textId="77777777" w:rsidR="00DE30B3" w:rsidRDefault="00DE30B3">
      <w:pPr>
        <w:rPr>
          <w:rFonts w:asciiTheme="majorHAnsi" w:hAnsiTheme="majorHAnsi" w:cstheme="majorHAnsi"/>
          <w:sz w:val="22"/>
        </w:rPr>
      </w:pPr>
    </w:p>
    <w:p w14:paraId="16C1B3D6" w14:textId="42B7A7C0" w:rsidR="00E952A0" w:rsidRPr="00DE30B3" w:rsidRDefault="00000000">
      <w:pPr>
        <w:rPr>
          <w:rFonts w:asciiTheme="majorHAnsi" w:hAnsiTheme="majorHAnsi" w:cstheme="majorHAnsi"/>
          <w:sz w:val="22"/>
        </w:rPr>
      </w:pPr>
      <w:r w:rsidRPr="00DE30B3">
        <w:rPr>
          <w:rFonts w:asciiTheme="majorHAnsi" w:hAnsiTheme="majorHAnsi" w:cstheme="majorHAnsi"/>
          <w:sz w:val="22"/>
        </w:rPr>
        <w:t>En particular, nos comprometemos a:</w:t>
      </w:r>
    </w:p>
    <w:p w14:paraId="201CE5B2"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Aportar a la formulación y toma de decisiones del proyecto.</w:t>
      </w:r>
    </w:p>
    <w:p w14:paraId="0FA4A60C"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Participar en las actividades y tareas que se acuerden con la organización postulante o patrocinante.</w:t>
      </w:r>
    </w:p>
    <w:p w14:paraId="3A82DFAB"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Colaborar con los productos, metas, medios de verificación e informes del proyecto.</w:t>
      </w:r>
    </w:p>
    <w:p w14:paraId="49CB7DA2"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Informar oportunamente a la organización y al equipo municipal sobre dificultades que afecten la ejecución o el liderazgo juvenil.</w:t>
      </w:r>
    </w:p>
    <w:p w14:paraId="1E9F99E1"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Respetar los principios de participación, transparencia y finalidad climática de la iniciativa.</w:t>
      </w:r>
    </w:p>
    <w:p w14:paraId="160E6EA7" w14:textId="77777777" w:rsidR="00DE30B3" w:rsidRDefault="00DE30B3">
      <w:pPr>
        <w:rPr>
          <w:rFonts w:asciiTheme="majorHAnsi" w:hAnsiTheme="majorHAnsi" w:cstheme="majorHAnsi"/>
          <w:sz w:val="20"/>
          <w:szCs w:val="20"/>
        </w:rPr>
      </w:pPr>
    </w:p>
    <w:p w14:paraId="6BDF0109" w14:textId="136B4A4F" w:rsidR="00E952A0" w:rsidRPr="00DE30B3" w:rsidRDefault="00000000" w:rsidP="00DE30B3">
      <w:pPr>
        <w:jc w:val="both"/>
        <w:rPr>
          <w:rFonts w:asciiTheme="majorHAnsi" w:hAnsiTheme="majorHAnsi" w:cstheme="majorHAnsi"/>
          <w:sz w:val="20"/>
          <w:szCs w:val="20"/>
        </w:rPr>
      </w:pPr>
      <w:r w:rsidRPr="00DE30B3">
        <w:rPr>
          <w:rFonts w:asciiTheme="majorHAnsi" w:hAnsiTheme="majorHAnsi" w:cstheme="majorHAnsi"/>
          <w:sz w:val="20"/>
          <w:szCs w:val="20"/>
        </w:rPr>
        <w:t>Entendemos que la administración financiera y la rendición de los recursos, de resultar adjudicado el proyecto, corresponden a la organización beneficiaria y no a las y los jóvenes a título personal.</w:t>
      </w:r>
    </w:p>
    <w:p w14:paraId="6537AE3A" w14:textId="77777777" w:rsidR="00E952A0" w:rsidRPr="00DE30B3" w:rsidRDefault="00000000" w:rsidP="00DE30B3">
      <w:pPr>
        <w:spacing w:before="100"/>
        <w:jc w:val="both"/>
        <w:rPr>
          <w:rFonts w:asciiTheme="majorHAnsi" w:hAnsiTheme="majorHAnsi" w:cstheme="majorHAnsi"/>
          <w:sz w:val="22"/>
        </w:rPr>
      </w:pPr>
      <w:r w:rsidRPr="00DE30B3">
        <w:rPr>
          <w:rFonts w:asciiTheme="majorHAnsi" w:hAnsiTheme="majorHAnsi" w:cstheme="majorHAnsi"/>
          <w:i/>
          <w:sz w:val="20"/>
          <w:szCs w:val="20"/>
        </w:rPr>
        <w:t>Nota: Cada joven líder incluido en la nómina debe firmar su respectiva fila. Si existen más integrantes, duplique la tabla. No se exige en estas Bases una firma notarial para esta carta</w:t>
      </w:r>
      <w:r w:rsidRPr="00DE30B3">
        <w:rPr>
          <w:rFonts w:asciiTheme="majorHAnsi" w:hAnsiTheme="majorHAnsi" w:cstheme="majorHAnsi"/>
          <w:i/>
          <w:sz w:val="22"/>
        </w:rPr>
        <w:t>.</w:t>
      </w:r>
    </w:p>
    <w:p w14:paraId="2423DFEF"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br w:type="page"/>
      </w:r>
    </w:p>
    <w:p w14:paraId="1E7C7D9E" w14:textId="77777777" w:rsidR="00DE30B3" w:rsidRDefault="00DE30B3">
      <w:pPr>
        <w:rPr>
          <w:rFonts w:asciiTheme="majorHAnsi" w:hAnsiTheme="majorHAnsi" w:cstheme="majorHAnsi"/>
          <w:b/>
        </w:rPr>
      </w:pPr>
    </w:p>
    <w:p w14:paraId="5CC3DE8E" w14:textId="77777777" w:rsidR="00DE30B3" w:rsidRDefault="00DE30B3">
      <w:pPr>
        <w:rPr>
          <w:rFonts w:asciiTheme="majorHAnsi" w:hAnsiTheme="majorHAnsi" w:cstheme="majorHAnsi"/>
          <w:b/>
          <w:sz w:val="24"/>
          <w:szCs w:val="24"/>
        </w:rPr>
      </w:pPr>
    </w:p>
    <w:p w14:paraId="0F5286C7" w14:textId="6DC940B2" w:rsidR="00E952A0" w:rsidRPr="00DE30B3" w:rsidRDefault="00000000">
      <w:pPr>
        <w:rPr>
          <w:rFonts w:asciiTheme="majorHAnsi" w:hAnsiTheme="majorHAnsi" w:cstheme="majorHAnsi"/>
          <w:sz w:val="24"/>
          <w:szCs w:val="24"/>
        </w:rPr>
      </w:pPr>
      <w:r w:rsidRPr="00DE30B3">
        <w:rPr>
          <w:rFonts w:asciiTheme="majorHAnsi" w:hAnsiTheme="majorHAnsi" w:cstheme="majorHAnsi"/>
          <w:b/>
          <w:sz w:val="24"/>
          <w:szCs w:val="24"/>
        </w:rPr>
        <w:t>ANEXO 3</w:t>
      </w:r>
    </w:p>
    <w:p w14:paraId="6C09478C" w14:textId="77777777" w:rsidR="00E952A0" w:rsidRPr="00A74CB4" w:rsidRDefault="00000000">
      <w:pPr>
        <w:pStyle w:val="Ttulo1"/>
        <w:rPr>
          <w:rFonts w:cstheme="majorHAnsi"/>
        </w:rPr>
      </w:pPr>
      <w:r w:rsidRPr="00A74CB4">
        <w:rPr>
          <w:rFonts w:cstheme="majorHAnsi"/>
        </w:rPr>
        <w:t>Declaración jurada simple de no conflicto de interés e inhabilidades</w:t>
      </w:r>
    </w:p>
    <w:p w14:paraId="3B0ABC19"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Nombre del proyecto:  </w:t>
      </w:r>
      <w:r w:rsidRPr="00DE30B3">
        <w:rPr>
          <w:rFonts w:asciiTheme="majorHAnsi" w:hAnsiTheme="majorHAnsi" w:cstheme="majorHAnsi"/>
          <w:sz w:val="22"/>
        </w:rPr>
        <w:t>_________________________________________________________</w:t>
      </w:r>
    </w:p>
    <w:p w14:paraId="25DED6D6"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Nombre de la organización:  </w:t>
      </w:r>
      <w:r w:rsidRPr="00DE30B3">
        <w:rPr>
          <w:rFonts w:asciiTheme="majorHAnsi" w:hAnsiTheme="majorHAnsi" w:cstheme="majorHAnsi"/>
          <w:sz w:val="22"/>
        </w:rPr>
        <w:t>___________________________________________________</w:t>
      </w:r>
    </w:p>
    <w:p w14:paraId="70E49BB8"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RUT de la organización:  </w:t>
      </w:r>
      <w:r w:rsidRPr="00DE30B3">
        <w:rPr>
          <w:rFonts w:asciiTheme="majorHAnsi" w:hAnsiTheme="majorHAnsi" w:cstheme="majorHAnsi"/>
          <w:sz w:val="22"/>
        </w:rPr>
        <w:t>______________________________________________________</w:t>
      </w:r>
    </w:p>
    <w:p w14:paraId="0D36C2BB"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Nombre del representante legal:  </w:t>
      </w:r>
      <w:r w:rsidRPr="00DE30B3">
        <w:rPr>
          <w:rFonts w:asciiTheme="majorHAnsi" w:hAnsiTheme="majorHAnsi" w:cstheme="majorHAnsi"/>
          <w:sz w:val="22"/>
        </w:rPr>
        <w:t>______________________________________________</w:t>
      </w:r>
    </w:p>
    <w:p w14:paraId="08D92E2B"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RUT del representante legal:  </w:t>
      </w:r>
      <w:r w:rsidRPr="00DE30B3">
        <w:rPr>
          <w:rFonts w:asciiTheme="majorHAnsi" w:hAnsiTheme="majorHAnsi" w:cstheme="majorHAnsi"/>
          <w:sz w:val="22"/>
        </w:rPr>
        <w:t>_________________________________________________</w:t>
      </w:r>
    </w:p>
    <w:p w14:paraId="0ECCDDDF"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Yo, el/la representante legal individualizado/a, en representación de la organización señalada, declaro bajo juramento simple y con conocimiento de las Bases del Fondo Juventud y Acción Climática 2026 que:</w:t>
      </w:r>
    </w:p>
    <w:p w14:paraId="64687AF8"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La organización no mantiene rendiciones pendientes de fondos municipales sin regularizar ni observaciones de auditorías o fiscalizaciones pendientes de subsanar, de acuerdo con las restricciones de las Bases.</w:t>
      </w:r>
    </w:p>
    <w:p w14:paraId="17425676"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La organización no se encuentra ejecutando, al momento de postular, proyectos financiados por la Municipalidad de Temuco durante 2026 en los términos incompatibles que establecen las Bases.</w:t>
      </w:r>
    </w:p>
    <w:p w14:paraId="66FBA297"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La organización no ha sido favorecida con Subvención Municipal Directa u otro fondo municipal concursable durante 2026 en los supuestos de exclusión previstos en las Bases.</w:t>
      </w:r>
    </w:p>
    <w:p w14:paraId="5E995DC2"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No existen personas de su directiva que participen directamente en la admisibilidad, evaluación, adjudicación, supervisión o revisión de rendiciones del presente fondo.</w:t>
      </w:r>
    </w:p>
    <w:p w14:paraId="3CAED2B0"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No existen otros conflictos de interés conocidos que comprometan la objetividad, transparencia o probidad del proceso; de surgir, los comunicaré oportunamente.</w:t>
      </w:r>
    </w:p>
    <w:p w14:paraId="19D58368"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Los antecedentes declarados son completos, veraces y podrán ser verificados por la Municipalidad de Temuco.</w:t>
      </w:r>
    </w:p>
    <w:p w14:paraId="2F1EDB9D"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En caso de advertir alguna situación que deba informarse o aclararse, la detallo a continuación (si no aplica, escriba “No aplica”):</w:t>
      </w:r>
    </w:p>
    <w:p w14:paraId="4DDBDDAB"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___________________________________________________________________________________</w:t>
      </w:r>
    </w:p>
    <w:p w14:paraId="06D3B57A"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___________________________________________________________________________________</w:t>
      </w:r>
    </w:p>
    <w:p w14:paraId="02E5C052"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___________________________________________________________________________________</w:t>
      </w:r>
    </w:p>
    <w:p w14:paraId="31A973B4" w14:textId="77777777" w:rsidR="00DE30B3" w:rsidRDefault="00DE30B3">
      <w:pPr>
        <w:rPr>
          <w:rFonts w:asciiTheme="majorHAnsi" w:hAnsiTheme="majorHAnsi" w:cstheme="majorHAnsi"/>
          <w:sz w:val="22"/>
        </w:rPr>
      </w:pPr>
    </w:p>
    <w:p w14:paraId="430FC9B4" w14:textId="0C8A5347" w:rsidR="00E952A0" w:rsidRPr="00DE30B3" w:rsidRDefault="00000000">
      <w:pPr>
        <w:rPr>
          <w:rFonts w:asciiTheme="majorHAnsi" w:hAnsiTheme="majorHAnsi" w:cstheme="majorHAnsi"/>
          <w:sz w:val="22"/>
        </w:rPr>
      </w:pPr>
      <w:r w:rsidRPr="00DE30B3">
        <w:rPr>
          <w:rFonts w:asciiTheme="majorHAnsi" w:hAnsiTheme="majorHAnsi" w:cstheme="majorHAnsi"/>
          <w:sz w:val="22"/>
        </w:rPr>
        <w:t>Firma del/de la representante legal: ___________________________     Fecha: ____ / ____ / ______</w:t>
      </w:r>
    </w:p>
    <w:p w14:paraId="47D44F77" w14:textId="77777777" w:rsidR="00DE30B3" w:rsidRDefault="00DE30B3">
      <w:pPr>
        <w:spacing w:before="100"/>
        <w:rPr>
          <w:rFonts w:asciiTheme="majorHAnsi" w:hAnsiTheme="majorHAnsi" w:cstheme="majorHAnsi"/>
          <w:i/>
          <w:sz w:val="16"/>
        </w:rPr>
      </w:pPr>
    </w:p>
    <w:p w14:paraId="1A0B8901" w14:textId="77777777" w:rsidR="00DE30B3" w:rsidRDefault="00DE30B3">
      <w:pPr>
        <w:spacing w:before="100"/>
        <w:rPr>
          <w:rFonts w:asciiTheme="majorHAnsi" w:hAnsiTheme="majorHAnsi" w:cstheme="majorHAnsi"/>
          <w:i/>
          <w:sz w:val="16"/>
        </w:rPr>
      </w:pPr>
    </w:p>
    <w:p w14:paraId="4FB9D5E9" w14:textId="36F96E5C" w:rsidR="00E952A0" w:rsidRPr="00A74CB4" w:rsidRDefault="00000000">
      <w:pPr>
        <w:spacing w:before="100"/>
        <w:rPr>
          <w:rFonts w:asciiTheme="majorHAnsi" w:hAnsiTheme="majorHAnsi" w:cstheme="majorHAnsi"/>
        </w:rPr>
      </w:pPr>
      <w:r w:rsidRPr="00A74CB4">
        <w:rPr>
          <w:rFonts w:asciiTheme="majorHAnsi" w:hAnsiTheme="majorHAnsi" w:cstheme="majorHAnsi"/>
          <w:i/>
          <w:sz w:val="16"/>
        </w:rPr>
        <w:t>Nota: La declaración es simple, sin formato notarial exigido por estas Bases. Esta plantilla no elimina la verificación administrativa municipal de las inhabilidades ni modifica las causales de exclusión de las Bases.</w:t>
      </w:r>
    </w:p>
    <w:p w14:paraId="01FFD454" w14:textId="77777777" w:rsidR="00DE30B3" w:rsidRDefault="00DE30B3">
      <w:pPr>
        <w:rPr>
          <w:rFonts w:asciiTheme="majorHAnsi" w:hAnsiTheme="majorHAnsi" w:cstheme="majorHAnsi"/>
        </w:rPr>
      </w:pPr>
    </w:p>
    <w:p w14:paraId="52B38E46" w14:textId="77777777" w:rsidR="00DE30B3" w:rsidRDefault="00DE30B3">
      <w:pPr>
        <w:rPr>
          <w:rFonts w:asciiTheme="majorHAnsi" w:hAnsiTheme="majorHAnsi" w:cstheme="majorHAnsi"/>
        </w:rPr>
      </w:pPr>
    </w:p>
    <w:p w14:paraId="5AA55DBA" w14:textId="77777777" w:rsidR="00DE30B3" w:rsidRDefault="00DE30B3">
      <w:pPr>
        <w:rPr>
          <w:rFonts w:asciiTheme="majorHAnsi" w:hAnsiTheme="majorHAnsi" w:cstheme="majorHAnsi"/>
        </w:rPr>
      </w:pPr>
    </w:p>
    <w:p w14:paraId="2CA57C3C" w14:textId="77777777" w:rsidR="00DE30B3" w:rsidRDefault="00DE30B3">
      <w:pPr>
        <w:rPr>
          <w:rFonts w:asciiTheme="majorHAnsi" w:hAnsiTheme="majorHAnsi" w:cstheme="majorHAnsi"/>
        </w:rPr>
      </w:pPr>
    </w:p>
    <w:p w14:paraId="6D3F63FB" w14:textId="77777777" w:rsidR="00DE30B3" w:rsidRDefault="00DE30B3">
      <w:pPr>
        <w:rPr>
          <w:rFonts w:asciiTheme="majorHAnsi" w:hAnsiTheme="majorHAnsi" w:cstheme="majorHAnsi"/>
        </w:rPr>
      </w:pPr>
    </w:p>
    <w:p w14:paraId="6DEADFAE" w14:textId="77777777" w:rsidR="00DE30B3" w:rsidRDefault="00DE30B3">
      <w:pPr>
        <w:rPr>
          <w:rFonts w:asciiTheme="majorHAnsi" w:hAnsiTheme="majorHAnsi" w:cstheme="majorHAnsi"/>
        </w:rPr>
      </w:pPr>
    </w:p>
    <w:p w14:paraId="5818EA41" w14:textId="77777777" w:rsidR="00DE30B3" w:rsidRDefault="00DE30B3">
      <w:pPr>
        <w:rPr>
          <w:rFonts w:asciiTheme="majorHAnsi" w:hAnsiTheme="majorHAnsi" w:cstheme="majorHAnsi"/>
        </w:rPr>
      </w:pPr>
    </w:p>
    <w:p w14:paraId="475387E2" w14:textId="6694088D" w:rsidR="00E952A0" w:rsidRPr="00DE30B3" w:rsidRDefault="00000000">
      <w:pPr>
        <w:rPr>
          <w:rFonts w:asciiTheme="majorHAnsi" w:hAnsiTheme="majorHAnsi" w:cstheme="majorHAnsi"/>
          <w:sz w:val="24"/>
          <w:szCs w:val="24"/>
        </w:rPr>
      </w:pPr>
      <w:r w:rsidRPr="00DE30B3">
        <w:rPr>
          <w:rFonts w:asciiTheme="majorHAnsi" w:hAnsiTheme="majorHAnsi" w:cstheme="majorHAnsi"/>
          <w:b/>
          <w:sz w:val="24"/>
          <w:szCs w:val="24"/>
        </w:rPr>
        <w:t>ANEXO 4</w:t>
      </w:r>
    </w:p>
    <w:p w14:paraId="6A90D2E6" w14:textId="77777777" w:rsidR="00E952A0" w:rsidRPr="00A74CB4" w:rsidRDefault="00000000">
      <w:pPr>
        <w:pStyle w:val="Ttulo1"/>
        <w:rPr>
          <w:rFonts w:cstheme="majorHAnsi"/>
        </w:rPr>
      </w:pPr>
      <w:r w:rsidRPr="00A74CB4">
        <w:rPr>
          <w:rFonts w:cstheme="majorHAnsi"/>
        </w:rPr>
        <w:t>Compromiso de patrocinio y responsabilidad administrativa</w:t>
      </w:r>
    </w:p>
    <w:p w14:paraId="50F7ADAD" w14:textId="77777777" w:rsidR="00E952A0" w:rsidRPr="00A74CB4" w:rsidRDefault="00000000">
      <w:pPr>
        <w:rPr>
          <w:rFonts w:asciiTheme="majorHAnsi" w:hAnsiTheme="majorHAnsi" w:cstheme="majorHAnsi"/>
        </w:rPr>
      </w:pPr>
      <w:r w:rsidRPr="00A74CB4">
        <w:rPr>
          <w:rFonts w:asciiTheme="majorHAnsi" w:hAnsiTheme="majorHAnsi" w:cstheme="majorHAnsi"/>
        </w:rPr>
        <w:t>Aplicable cuando una organización legalmente constituida patrocina a un grupo juvenil que presenta un proyecto y acepta ser la entidad receptora y administradora de los recursos, en caso de adjudicación.</w:t>
      </w:r>
    </w:p>
    <w:p w14:paraId="48CEA3CF"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Nombre del proyecto:  </w:t>
      </w:r>
      <w:r w:rsidRPr="00A74CB4">
        <w:rPr>
          <w:rFonts w:asciiTheme="majorHAnsi" w:hAnsiTheme="majorHAnsi" w:cstheme="majorHAnsi"/>
        </w:rPr>
        <w:t>_________________________________________________________</w:t>
      </w:r>
    </w:p>
    <w:p w14:paraId="3A6F0D7F"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Organización patrocinante:  </w:t>
      </w:r>
      <w:r w:rsidRPr="00A74CB4">
        <w:rPr>
          <w:rFonts w:asciiTheme="majorHAnsi" w:hAnsiTheme="majorHAnsi" w:cstheme="majorHAnsi"/>
        </w:rPr>
        <w:t>___________________________________________________</w:t>
      </w:r>
    </w:p>
    <w:p w14:paraId="51659E0C"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RUT de la organización:  </w:t>
      </w:r>
      <w:r w:rsidRPr="00A74CB4">
        <w:rPr>
          <w:rFonts w:asciiTheme="majorHAnsi" w:hAnsiTheme="majorHAnsi" w:cstheme="majorHAnsi"/>
        </w:rPr>
        <w:t>______________________________________________________</w:t>
      </w:r>
    </w:p>
    <w:p w14:paraId="426D1531"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Domicilio de la organización:  </w:t>
      </w:r>
      <w:r w:rsidRPr="00A74CB4">
        <w:rPr>
          <w:rFonts w:asciiTheme="majorHAnsi" w:hAnsiTheme="majorHAnsi" w:cstheme="majorHAnsi"/>
        </w:rPr>
        <w:t>________________________________________________</w:t>
      </w:r>
    </w:p>
    <w:p w14:paraId="6DD2C2AD"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Representante legal:  </w:t>
      </w:r>
      <w:r w:rsidRPr="00A74CB4">
        <w:rPr>
          <w:rFonts w:asciiTheme="majorHAnsi" w:hAnsiTheme="majorHAnsi" w:cstheme="majorHAnsi"/>
        </w:rPr>
        <w:t>_________________________________________________________</w:t>
      </w:r>
    </w:p>
    <w:p w14:paraId="49836ACC" w14:textId="77777777" w:rsidR="00E952A0" w:rsidRPr="00A74CB4" w:rsidRDefault="00000000">
      <w:pPr>
        <w:spacing w:after="160"/>
        <w:rPr>
          <w:rFonts w:asciiTheme="majorHAnsi" w:hAnsiTheme="majorHAnsi" w:cstheme="majorHAnsi"/>
        </w:rPr>
      </w:pPr>
      <w:r w:rsidRPr="00A74CB4">
        <w:rPr>
          <w:rFonts w:asciiTheme="majorHAnsi" w:hAnsiTheme="majorHAnsi" w:cstheme="majorHAnsi"/>
          <w:b/>
        </w:rPr>
        <w:t xml:space="preserve">RUT del representante legal:  </w:t>
      </w:r>
      <w:r w:rsidRPr="00A74CB4">
        <w:rPr>
          <w:rFonts w:asciiTheme="majorHAnsi" w:hAnsiTheme="majorHAnsi" w:cstheme="majorHAnsi"/>
        </w:rPr>
        <w:t>_________________________________________________</w:t>
      </w:r>
    </w:p>
    <w:p w14:paraId="51A4E901"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La organización antes individualizada declara que conoce las Bases del Fondo Juventud y Acción Climática 2026 y manifiesta su voluntad de patrocinar al equipo de jóvenes líderes del proyecto indicado.</w:t>
      </w:r>
    </w:p>
    <w:p w14:paraId="3E8B9D7C"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De resultar beneficiaria, la organización se compromete a:</w:t>
      </w:r>
    </w:p>
    <w:p w14:paraId="0D257AE3"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Suscribir el convenio de subvención y recibir los recursos exclusivamente en una cuenta bancaria institucional a nombre de la organización.</w:t>
      </w:r>
    </w:p>
    <w:p w14:paraId="71E80BF6"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Administrar los recursos conforme al proyecto aprobado, sus condiciones presupuestarias, la normativa aplicable y el convenio.</w:t>
      </w:r>
    </w:p>
    <w:p w14:paraId="6E1FD0BA"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Acompañar a las y los jóvenes líderes sin desplazar su participación efectiva en el diseño, ejecución y comunicación del proyecto.</w:t>
      </w:r>
    </w:p>
    <w:p w14:paraId="55977338"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Custodiar los documentos de respaldo, presentar las rendiciones financieras y el informe técnico final dentro de plazo.</w:t>
      </w:r>
    </w:p>
    <w:p w14:paraId="2E2C0ABB"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Solicitar autorización previa para cambios relevantes, facilitar el seguimiento municipal y reintegrar fondos cuando corresponda.</w:t>
      </w:r>
    </w:p>
    <w:p w14:paraId="6AA4642C" w14:textId="77777777" w:rsidR="00E952A0" w:rsidRPr="00DE30B3" w:rsidRDefault="00000000">
      <w:pPr>
        <w:ind w:left="227" w:hanging="170"/>
        <w:rPr>
          <w:rFonts w:asciiTheme="majorHAnsi" w:hAnsiTheme="majorHAnsi" w:cstheme="majorHAnsi"/>
          <w:sz w:val="22"/>
        </w:rPr>
      </w:pPr>
      <w:r w:rsidRPr="00DE30B3">
        <w:rPr>
          <w:rFonts w:asciiTheme="majorHAnsi" w:hAnsiTheme="majorHAnsi" w:cstheme="majorHAnsi"/>
          <w:sz w:val="22"/>
        </w:rPr>
        <w:t>•  Mantener actualizada y vigente la representación legal, e informar cambios de directiva en los plazos de las Bases.</w:t>
      </w:r>
    </w:p>
    <w:p w14:paraId="3FA3EDB0" w14:textId="77777777" w:rsidR="00E952A0" w:rsidRDefault="00000000">
      <w:pPr>
        <w:rPr>
          <w:rFonts w:asciiTheme="majorHAnsi" w:hAnsiTheme="majorHAnsi" w:cstheme="majorHAnsi"/>
          <w:sz w:val="22"/>
        </w:rPr>
      </w:pPr>
      <w:r w:rsidRPr="00DE30B3">
        <w:rPr>
          <w:rFonts w:asciiTheme="majorHAnsi" w:hAnsiTheme="majorHAnsi" w:cstheme="majorHAnsi"/>
          <w:sz w:val="22"/>
        </w:rPr>
        <w:t>Se deja constancia de que la responsabilidad administrativa y financiera recae en la organización beneficiaria, no en las personas jóvenes líderes individualmente consideradas.</w:t>
      </w:r>
    </w:p>
    <w:p w14:paraId="02A79AEE" w14:textId="77777777" w:rsidR="00DE30B3" w:rsidRPr="00DE30B3" w:rsidRDefault="00DE30B3">
      <w:pPr>
        <w:rPr>
          <w:rFonts w:asciiTheme="majorHAnsi" w:hAnsiTheme="majorHAnsi" w:cstheme="majorHAnsi"/>
          <w:sz w:val="22"/>
        </w:rPr>
      </w:pPr>
    </w:p>
    <w:p w14:paraId="0EE23C87"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Nombre representante legal de la organización:  </w:t>
      </w:r>
      <w:r w:rsidRPr="00DE30B3">
        <w:rPr>
          <w:rFonts w:asciiTheme="majorHAnsi" w:hAnsiTheme="majorHAnsi" w:cstheme="majorHAnsi"/>
          <w:sz w:val="22"/>
        </w:rPr>
        <w:t>_______________________________</w:t>
      </w:r>
    </w:p>
    <w:p w14:paraId="1838B461" w14:textId="77777777" w:rsidR="00E952A0" w:rsidRPr="00DE30B3" w:rsidRDefault="00000000">
      <w:pPr>
        <w:spacing w:after="160"/>
        <w:rPr>
          <w:rFonts w:asciiTheme="majorHAnsi" w:hAnsiTheme="majorHAnsi" w:cstheme="majorHAnsi"/>
          <w:sz w:val="22"/>
        </w:rPr>
      </w:pPr>
      <w:r w:rsidRPr="00DE30B3">
        <w:rPr>
          <w:rFonts w:asciiTheme="majorHAnsi" w:hAnsiTheme="majorHAnsi" w:cstheme="majorHAnsi"/>
          <w:b/>
          <w:sz w:val="22"/>
        </w:rPr>
        <w:t xml:space="preserve">Cargo:  </w:t>
      </w:r>
      <w:r w:rsidRPr="00DE30B3">
        <w:rPr>
          <w:rFonts w:asciiTheme="majorHAnsi" w:hAnsiTheme="majorHAnsi" w:cstheme="majorHAnsi"/>
          <w:sz w:val="22"/>
        </w:rPr>
        <w:t>_______________________________________________________________________</w:t>
      </w:r>
    </w:p>
    <w:p w14:paraId="526C9C98"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Firma del/de la representante legal: ______________________________</w:t>
      </w:r>
    </w:p>
    <w:p w14:paraId="2BC04544"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t>Fecha: ____ / ____ / ______</w:t>
      </w:r>
    </w:p>
    <w:p w14:paraId="0A2E1793" w14:textId="77777777" w:rsidR="00E952A0" w:rsidRPr="00DE30B3" w:rsidRDefault="00000000">
      <w:pPr>
        <w:rPr>
          <w:rFonts w:asciiTheme="majorHAnsi" w:hAnsiTheme="majorHAnsi" w:cstheme="majorHAnsi"/>
          <w:sz w:val="22"/>
        </w:rPr>
      </w:pPr>
      <w:r w:rsidRPr="00DE30B3">
        <w:rPr>
          <w:rFonts w:asciiTheme="majorHAnsi" w:hAnsiTheme="majorHAnsi" w:cstheme="majorHAnsi"/>
          <w:sz w:val="22"/>
        </w:rPr>
        <w:br w:type="page"/>
      </w:r>
    </w:p>
    <w:p w14:paraId="47279F11" w14:textId="77777777" w:rsidR="00D90C0F" w:rsidRDefault="00D90C0F">
      <w:pPr>
        <w:rPr>
          <w:rFonts w:asciiTheme="majorHAnsi" w:hAnsiTheme="majorHAnsi" w:cstheme="majorHAnsi"/>
          <w:b/>
        </w:rPr>
      </w:pPr>
    </w:p>
    <w:p w14:paraId="254B1C06" w14:textId="5454755F" w:rsidR="00E952A0" w:rsidRPr="00D90C0F" w:rsidRDefault="00000000">
      <w:pPr>
        <w:rPr>
          <w:rFonts w:asciiTheme="majorHAnsi" w:hAnsiTheme="majorHAnsi" w:cstheme="majorHAnsi"/>
          <w:sz w:val="24"/>
          <w:szCs w:val="24"/>
        </w:rPr>
      </w:pPr>
      <w:r w:rsidRPr="00D90C0F">
        <w:rPr>
          <w:rFonts w:asciiTheme="majorHAnsi" w:hAnsiTheme="majorHAnsi" w:cstheme="majorHAnsi"/>
          <w:b/>
          <w:sz w:val="24"/>
          <w:szCs w:val="24"/>
        </w:rPr>
        <w:t>ANEXO 5</w:t>
      </w:r>
    </w:p>
    <w:p w14:paraId="4D7EDFCE" w14:textId="77777777" w:rsidR="00E952A0" w:rsidRPr="00A74CB4" w:rsidRDefault="00000000">
      <w:pPr>
        <w:pStyle w:val="Ttulo1"/>
        <w:rPr>
          <w:rFonts w:cstheme="majorHAnsi"/>
        </w:rPr>
      </w:pPr>
      <w:r w:rsidRPr="00A74CB4">
        <w:rPr>
          <w:rFonts w:cstheme="majorHAnsi"/>
        </w:rPr>
        <w:t>Declaración simple de organización juvenil o al servicio de jóvenes</w:t>
      </w:r>
    </w:p>
    <w:p w14:paraId="175CC292" w14:textId="77777777" w:rsidR="00E952A0" w:rsidRPr="00D90C0F" w:rsidRDefault="00000000">
      <w:pPr>
        <w:spacing w:after="160"/>
        <w:rPr>
          <w:rFonts w:asciiTheme="majorHAnsi" w:hAnsiTheme="majorHAnsi" w:cstheme="majorHAnsi"/>
          <w:sz w:val="22"/>
        </w:rPr>
      </w:pPr>
      <w:r w:rsidRPr="00D90C0F">
        <w:rPr>
          <w:rFonts w:asciiTheme="majorHAnsi" w:hAnsiTheme="majorHAnsi" w:cstheme="majorHAnsi"/>
          <w:b/>
          <w:sz w:val="22"/>
        </w:rPr>
        <w:t xml:space="preserve">Organización:  </w:t>
      </w:r>
      <w:r w:rsidRPr="00D90C0F">
        <w:rPr>
          <w:rFonts w:asciiTheme="majorHAnsi" w:hAnsiTheme="majorHAnsi" w:cstheme="majorHAnsi"/>
          <w:sz w:val="22"/>
        </w:rPr>
        <w:t>________________________________________________________________</w:t>
      </w:r>
    </w:p>
    <w:p w14:paraId="5CA1219F" w14:textId="77777777" w:rsidR="00E952A0" w:rsidRPr="00D90C0F" w:rsidRDefault="00000000">
      <w:pPr>
        <w:spacing w:after="160"/>
        <w:rPr>
          <w:rFonts w:asciiTheme="majorHAnsi" w:hAnsiTheme="majorHAnsi" w:cstheme="majorHAnsi"/>
          <w:sz w:val="22"/>
        </w:rPr>
      </w:pPr>
      <w:r w:rsidRPr="00D90C0F">
        <w:rPr>
          <w:rFonts w:asciiTheme="majorHAnsi" w:hAnsiTheme="majorHAnsi" w:cstheme="majorHAnsi"/>
          <w:b/>
          <w:sz w:val="22"/>
        </w:rPr>
        <w:t xml:space="preserve">RUT:  </w:t>
      </w:r>
      <w:r w:rsidRPr="00D90C0F">
        <w:rPr>
          <w:rFonts w:asciiTheme="majorHAnsi" w:hAnsiTheme="majorHAnsi" w:cstheme="majorHAnsi"/>
          <w:sz w:val="22"/>
        </w:rPr>
        <w:t>________________________________________________________________________</w:t>
      </w:r>
    </w:p>
    <w:p w14:paraId="2C93AEA6" w14:textId="77777777" w:rsidR="00E952A0" w:rsidRPr="00D90C0F" w:rsidRDefault="00000000">
      <w:pPr>
        <w:spacing w:after="160"/>
        <w:rPr>
          <w:rFonts w:asciiTheme="majorHAnsi" w:hAnsiTheme="majorHAnsi" w:cstheme="majorHAnsi"/>
          <w:sz w:val="22"/>
        </w:rPr>
      </w:pPr>
      <w:r w:rsidRPr="00D90C0F">
        <w:rPr>
          <w:rFonts w:asciiTheme="majorHAnsi" w:hAnsiTheme="majorHAnsi" w:cstheme="majorHAnsi"/>
          <w:b/>
          <w:sz w:val="22"/>
        </w:rPr>
        <w:t xml:space="preserve">Representante legal:  </w:t>
      </w:r>
      <w:r w:rsidRPr="00D90C0F">
        <w:rPr>
          <w:rFonts w:asciiTheme="majorHAnsi" w:hAnsiTheme="majorHAnsi" w:cstheme="majorHAnsi"/>
          <w:sz w:val="22"/>
        </w:rPr>
        <w:t>_________________________________________________________</w:t>
      </w:r>
    </w:p>
    <w:p w14:paraId="389FE0A2" w14:textId="77777777" w:rsidR="00E952A0" w:rsidRPr="00D90C0F" w:rsidRDefault="00000000">
      <w:pPr>
        <w:spacing w:after="160"/>
        <w:rPr>
          <w:rFonts w:asciiTheme="majorHAnsi" w:hAnsiTheme="majorHAnsi" w:cstheme="majorHAnsi"/>
          <w:sz w:val="22"/>
        </w:rPr>
      </w:pPr>
      <w:r w:rsidRPr="00D90C0F">
        <w:rPr>
          <w:rFonts w:asciiTheme="majorHAnsi" w:hAnsiTheme="majorHAnsi" w:cstheme="majorHAnsi"/>
          <w:b/>
          <w:sz w:val="22"/>
        </w:rPr>
        <w:t xml:space="preserve">RUT del representante legal:  </w:t>
      </w:r>
      <w:r w:rsidRPr="00D90C0F">
        <w:rPr>
          <w:rFonts w:asciiTheme="majorHAnsi" w:hAnsiTheme="majorHAnsi" w:cstheme="majorHAnsi"/>
          <w:sz w:val="22"/>
        </w:rPr>
        <w:t>_________________________________________________</w:t>
      </w:r>
    </w:p>
    <w:p w14:paraId="687987E2" w14:textId="77777777" w:rsidR="00E952A0" w:rsidRPr="00D90C0F" w:rsidRDefault="00000000">
      <w:pPr>
        <w:spacing w:after="160"/>
        <w:rPr>
          <w:rFonts w:asciiTheme="majorHAnsi" w:hAnsiTheme="majorHAnsi" w:cstheme="majorHAnsi"/>
          <w:sz w:val="22"/>
        </w:rPr>
      </w:pPr>
      <w:r w:rsidRPr="00D90C0F">
        <w:rPr>
          <w:rFonts w:asciiTheme="majorHAnsi" w:hAnsiTheme="majorHAnsi" w:cstheme="majorHAnsi"/>
          <w:b/>
          <w:sz w:val="22"/>
        </w:rPr>
        <w:t xml:space="preserve">Nombre del proyecto:  </w:t>
      </w:r>
      <w:r w:rsidRPr="00D90C0F">
        <w:rPr>
          <w:rFonts w:asciiTheme="majorHAnsi" w:hAnsiTheme="majorHAnsi" w:cstheme="majorHAnsi"/>
          <w:sz w:val="22"/>
        </w:rPr>
        <w:t>_________________________________________________________</w:t>
      </w:r>
    </w:p>
    <w:p w14:paraId="195ECB8F"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Por medio de la presente, declaro que la organización individualizada corresponde a (marcar lo que corresponda):</w:t>
      </w:r>
    </w:p>
    <w:p w14:paraId="64B3FA59" w14:textId="77777777" w:rsidR="00E952A0" w:rsidRPr="00D90C0F" w:rsidRDefault="00000000">
      <w:pPr>
        <w:rPr>
          <w:rFonts w:asciiTheme="majorHAnsi" w:hAnsiTheme="majorHAnsi" w:cstheme="majorHAnsi"/>
          <w:sz w:val="22"/>
        </w:rPr>
      </w:pPr>
      <w:r w:rsidRPr="00D90C0F">
        <w:rPr>
          <w:rFonts w:ascii="Segoe UI Symbol" w:hAnsi="Segoe UI Symbol" w:cs="Segoe UI Symbol"/>
          <w:sz w:val="22"/>
        </w:rPr>
        <w:t>☐</w:t>
      </w:r>
      <w:r w:rsidRPr="00D90C0F">
        <w:rPr>
          <w:rFonts w:asciiTheme="majorHAnsi" w:hAnsiTheme="majorHAnsi" w:cstheme="majorHAnsi"/>
          <w:sz w:val="22"/>
        </w:rPr>
        <w:t xml:space="preserve"> Organización juvenil: integrada o dirigida por jóvenes.</w:t>
      </w:r>
    </w:p>
    <w:p w14:paraId="67981A85" w14:textId="77777777" w:rsidR="00E952A0" w:rsidRPr="00D90C0F" w:rsidRDefault="00000000">
      <w:pPr>
        <w:rPr>
          <w:rFonts w:asciiTheme="majorHAnsi" w:hAnsiTheme="majorHAnsi" w:cstheme="majorHAnsi"/>
          <w:sz w:val="22"/>
        </w:rPr>
      </w:pPr>
      <w:r w:rsidRPr="00D90C0F">
        <w:rPr>
          <w:rFonts w:ascii="Segoe UI Symbol" w:hAnsi="Segoe UI Symbol" w:cs="Segoe UI Symbol"/>
          <w:sz w:val="22"/>
        </w:rPr>
        <w:t>☐</w:t>
      </w:r>
      <w:r w:rsidRPr="00D90C0F">
        <w:rPr>
          <w:rFonts w:asciiTheme="majorHAnsi" w:hAnsiTheme="majorHAnsi" w:cstheme="majorHAnsi"/>
          <w:sz w:val="22"/>
        </w:rPr>
        <w:t xml:space="preserve"> Organización al servicio de jóvenes: desarrolla actividades permanentes o relevantes en beneficio de jóvenes.</w:t>
      </w:r>
    </w:p>
    <w:p w14:paraId="513E59A0" w14:textId="77777777" w:rsidR="00E952A0" w:rsidRPr="00D90C0F" w:rsidRDefault="00000000">
      <w:pPr>
        <w:pStyle w:val="Ttulo2"/>
        <w:rPr>
          <w:rFonts w:cstheme="majorHAnsi"/>
          <w:sz w:val="22"/>
          <w:szCs w:val="22"/>
        </w:rPr>
      </w:pPr>
      <w:r w:rsidRPr="00D90C0F">
        <w:rPr>
          <w:rFonts w:cstheme="majorHAnsi"/>
          <w:sz w:val="22"/>
          <w:szCs w:val="22"/>
        </w:rPr>
        <w:t>Antecedentes que acreditan el vínculo juvenil</w:t>
      </w:r>
    </w:p>
    <w:p w14:paraId="60012BE2"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Describa brevemente el propósito de la organización, la forma en que trabajan o participan las y los jóvenes y las actividades que han desarrollado:</w:t>
      </w:r>
    </w:p>
    <w:p w14:paraId="27FD785C"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41FF338B"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76693854"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3DA2F0BE"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2EFA772D"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59BABE21"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6C1CEE73"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Indique, cuando corresponda, medios de respaldo disponibles (actividades, fotografías, actas, programas o enlaces):</w:t>
      </w:r>
    </w:p>
    <w:p w14:paraId="2CF49249"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3D9CD290"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4446A233"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___________________________________________________________________________________</w:t>
      </w:r>
    </w:p>
    <w:p w14:paraId="64C947BB"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Declaro que la información entregada es fidedigna y que la organización se compromete a promover el liderazgo de las y los jóvenes durante el proyecto.</w:t>
      </w:r>
    </w:p>
    <w:p w14:paraId="18D1BC89"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t>Firma representante legal: __________________________________     Fecha: ____ / ____ / ______</w:t>
      </w:r>
    </w:p>
    <w:p w14:paraId="413A80F4" w14:textId="77777777" w:rsidR="00E952A0" w:rsidRPr="00D90C0F" w:rsidRDefault="00000000">
      <w:pPr>
        <w:spacing w:before="100"/>
        <w:rPr>
          <w:rFonts w:asciiTheme="majorHAnsi" w:hAnsiTheme="majorHAnsi" w:cstheme="majorHAnsi"/>
          <w:sz w:val="22"/>
        </w:rPr>
      </w:pPr>
      <w:r w:rsidRPr="00D90C0F">
        <w:rPr>
          <w:rFonts w:asciiTheme="majorHAnsi" w:hAnsiTheme="majorHAnsi" w:cstheme="majorHAnsi"/>
          <w:i/>
          <w:sz w:val="22"/>
        </w:rPr>
        <w:t>Nota: Este anexo aplica cuando la organización postula por su carácter juvenil o por su trabajo al servicio de jóvenes. Si actúa exclusivamente como patrocinante, revise el Anexo 4.</w:t>
      </w:r>
    </w:p>
    <w:p w14:paraId="7C71D86B" w14:textId="77777777" w:rsidR="00E952A0" w:rsidRPr="00D90C0F" w:rsidRDefault="00000000">
      <w:pPr>
        <w:rPr>
          <w:rFonts w:asciiTheme="majorHAnsi" w:hAnsiTheme="majorHAnsi" w:cstheme="majorHAnsi"/>
          <w:sz w:val="22"/>
        </w:rPr>
      </w:pPr>
      <w:r w:rsidRPr="00D90C0F">
        <w:rPr>
          <w:rFonts w:asciiTheme="majorHAnsi" w:hAnsiTheme="majorHAnsi" w:cstheme="majorHAnsi"/>
          <w:sz w:val="22"/>
        </w:rPr>
        <w:br w:type="page"/>
      </w:r>
    </w:p>
    <w:p w14:paraId="2461C832" w14:textId="77777777" w:rsidR="00F54FC3" w:rsidRDefault="00F54FC3">
      <w:pPr>
        <w:rPr>
          <w:rFonts w:asciiTheme="majorHAnsi" w:hAnsiTheme="majorHAnsi" w:cstheme="majorHAnsi"/>
          <w:b/>
        </w:rPr>
      </w:pPr>
    </w:p>
    <w:p w14:paraId="36888186" w14:textId="3515E793" w:rsidR="00E952A0" w:rsidRPr="00F54FC3" w:rsidRDefault="00000000">
      <w:pPr>
        <w:rPr>
          <w:rFonts w:asciiTheme="majorHAnsi" w:hAnsiTheme="majorHAnsi" w:cstheme="majorHAnsi"/>
          <w:sz w:val="24"/>
          <w:szCs w:val="24"/>
        </w:rPr>
      </w:pPr>
      <w:r w:rsidRPr="00F54FC3">
        <w:rPr>
          <w:rFonts w:asciiTheme="majorHAnsi" w:hAnsiTheme="majorHAnsi" w:cstheme="majorHAnsi"/>
          <w:b/>
          <w:sz w:val="24"/>
          <w:szCs w:val="24"/>
        </w:rPr>
        <w:t>ANEXO 6</w:t>
      </w:r>
    </w:p>
    <w:p w14:paraId="2DDDC6E0" w14:textId="77777777" w:rsidR="00E952A0" w:rsidRPr="00A74CB4" w:rsidRDefault="00000000">
      <w:pPr>
        <w:pStyle w:val="Ttulo1"/>
        <w:rPr>
          <w:rFonts w:cstheme="majorHAnsi"/>
        </w:rPr>
      </w:pPr>
      <w:r w:rsidRPr="00A74CB4">
        <w:rPr>
          <w:rFonts w:cstheme="majorHAnsi"/>
        </w:rPr>
        <w:t>Autorización de uso de espacio</w:t>
      </w:r>
    </w:p>
    <w:p w14:paraId="30234702" w14:textId="77777777" w:rsidR="00E952A0" w:rsidRPr="00F54FC3" w:rsidRDefault="00000000" w:rsidP="00F54FC3">
      <w:pPr>
        <w:jc w:val="both"/>
        <w:rPr>
          <w:rFonts w:asciiTheme="majorHAnsi" w:hAnsiTheme="majorHAnsi" w:cstheme="majorHAnsi"/>
          <w:sz w:val="22"/>
        </w:rPr>
      </w:pPr>
      <w:r w:rsidRPr="00F54FC3">
        <w:rPr>
          <w:rFonts w:asciiTheme="majorHAnsi" w:hAnsiTheme="majorHAnsi" w:cstheme="majorHAnsi"/>
          <w:sz w:val="22"/>
        </w:rPr>
        <w:t>Modelo para intervenciones o utilización de espacios privados o comunitarios. Cuando se trate de bienes nacionales de uso público u otros recintos sujetos a autorización formal, deberá obtenerse el permiso de la autoridad competente conforme a la normativa y procedimientos aplicables; este modelo no lo reemplaza.</w:t>
      </w:r>
    </w:p>
    <w:p w14:paraId="1BE40C7C" w14:textId="77777777" w:rsidR="00F54FC3" w:rsidRDefault="00F54FC3">
      <w:pPr>
        <w:spacing w:after="160"/>
        <w:rPr>
          <w:rFonts w:asciiTheme="majorHAnsi" w:hAnsiTheme="majorHAnsi" w:cstheme="majorHAnsi"/>
          <w:b/>
          <w:sz w:val="22"/>
        </w:rPr>
      </w:pPr>
    </w:p>
    <w:p w14:paraId="5467E414" w14:textId="3724DAA0" w:rsidR="00E952A0" w:rsidRPr="00F54FC3" w:rsidRDefault="00000000">
      <w:pPr>
        <w:spacing w:after="160"/>
        <w:rPr>
          <w:rFonts w:asciiTheme="majorHAnsi" w:hAnsiTheme="majorHAnsi" w:cstheme="majorHAnsi"/>
          <w:sz w:val="22"/>
        </w:rPr>
      </w:pPr>
      <w:r w:rsidRPr="00F54FC3">
        <w:rPr>
          <w:rFonts w:asciiTheme="majorHAnsi" w:hAnsiTheme="majorHAnsi" w:cstheme="majorHAnsi"/>
          <w:b/>
          <w:sz w:val="22"/>
        </w:rPr>
        <w:t xml:space="preserve">Nombre del proyecto:  </w:t>
      </w:r>
      <w:r w:rsidRPr="00F54FC3">
        <w:rPr>
          <w:rFonts w:asciiTheme="majorHAnsi" w:hAnsiTheme="majorHAnsi" w:cstheme="majorHAnsi"/>
          <w:sz w:val="22"/>
        </w:rPr>
        <w:t>_________________________________________________________</w:t>
      </w:r>
    </w:p>
    <w:p w14:paraId="30A5B0A1" w14:textId="77777777" w:rsidR="00E952A0" w:rsidRPr="00F54FC3" w:rsidRDefault="00000000">
      <w:pPr>
        <w:spacing w:after="160"/>
        <w:rPr>
          <w:rFonts w:asciiTheme="majorHAnsi" w:hAnsiTheme="majorHAnsi" w:cstheme="majorHAnsi"/>
          <w:sz w:val="22"/>
        </w:rPr>
      </w:pPr>
      <w:r w:rsidRPr="00F54FC3">
        <w:rPr>
          <w:rFonts w:asciiTheme="majorHAnsi" w:hAnsiTheme="majorHAnsi" w:cstheme="majorHAnsi"/>
          <w:b/>
          <w:sz w:val="22"/>
        </w:rPr>
        <w:t xml:space="preserve">Nombre de la organización ejecutora:  </w:t>
      </w:r>
      <w:r w:rsidRPr="00F54FC3">
        <w:rPr>
          <w:rFonts w:asciiTheme="majorHAnsi" w:hAnsiTheme="majorHAnsi" w:cstheme="majorHAnsi"/>
          <w:sz w:val="22"/>
        </w:rPr>
        <w:t>_________________________________________</w:t>
      </w:r>
    </w:p>
    <w:p w14:paraId="5F75D067" w14:textId="77777777" w:rsidR="00E952A0" w:rsidRPr="00F54FC3" w:rsidRDefault="00000000">
      <w:pPr>
        <w:spacing w:after="160"/>
        <w:rPr>
          <w:rFonts w:asciiTheme="majorHAnsi" w:hAnsiTheme="majorHAnsi" w:cstheme="majorHAnsi"/>
          <w:sz w:val="22"/>
        </w:rPr>
      </w:pPr>
      <w:r w:rsidRPr="00F54FC3">
        <w:rPr>
          <w:rFonts w:asciiTheme="majorHAnsi" w:hAnsiTheme="majorHAnsi" w:cstheme="majorHAnsi"/>
          <w:b/>
          <w:sz w:val="22"/>
        </w:rPr>
        <w:t xml:space="preserve">Dirección o identificación del espacio:  </w:t>
      </w:r>
      <w:r w:rsidRPr="00F54FC3">
        <w:rPr>
          <w:rFonts w:asciiTheme="majorHAnsi" w:hAnsiTheme="majorHAnsi" w:cstheme="majorHAnsi"/>
          <w:sz w:val="22"/>
        </w:rPr>
        <w:t>______________________________________</w:t>
      </w:r>
    </w:p>
    <w:p w14:paraId="45C8D6EF" w14:textId="77777777" w:rsidR="00E952A0" w:rsidRPr="00F54FC3" w:rsidRDefault="00000000">
      <w:pPr>
        <w:spacing w:after="160"/>
        <w:rPr>
          <w:rFonts w:asciiTheme="majorHAnsi" w:hAnsiTheme="majorHAnsi" w:cstheme="majorHAnsi"/>
          <w:sz w:val="22"/>
        </w:rPr>
      </w:pPr>
      <w:r w:rsidRPr="00F54FC3">
        <w:rPr>
          <w:rFonts w:asciiTheme="majorHAnsi" w:hAnsiTheme="majorHAnsi" w:cstheme="majorHAnsi"/>
          <w:b/>
          <w:sz w:val="22"/>
        </w:rPr>
        <w:t xml:space="preserve">Tipo de espacio: privado / comunitario / público:  </w:t>
      </w:r>
      <w:r w:rsidRPr="00F54FC3">
        <w:rPr>
          <w:rFonts w:asciiTheme="majorHAnsi" w:hAnsiTheme="majorHAnsi" w:cstheme="majorHAnsi"/>
          <w:sz w:val="22"/>
        </w:rPr>
        <w:t>____________________________</w:t>
      </w:r>
    </w:p>
    <w:p w14:paraId="44EA6EA8" w14:textId="77777777" w:rsidR="00E952A0" w:rsidRPr="00F54FC3" w:rsidRDefault="00000000">
      <w:pPr>
        <w:spacing w:after="160"/>
        <w:rPr>
          <w:rFonts w:asciiTheme="majorHAnsi" w:hAnsiTheme="majorHAnsi" w:cstheme="majorHAnsi"/>
          <w:sz w:val="22"/>
        </w:rPr>
      </w:pPr>
      <w:r w:rsidRPr="00F54FC3">
        <w:rPr>
          <w:rFonts w:asciiTheme="majorHAnsi" w:hAnsiTheme="majorHAnsi" w:cstheme="majorHAnsi"/>
          <w:b/>
          <w:sz w:val="22"/>
        </w:rPr>
        <w:t xml:space="preserve">Propietario/a, administrador/a o autoridad competente:  </w:t>
      </w:r>
      <w:r w:rsidRPr="00F54FC3">
        <w:rPr>
          <w:rFonts w:asciiTheme="majorHAnsi" w:hAnsiTheme="majorHAnsi" w:cstheme="majorHAnsi"/>
          <w:sz w:val="22"/>
        </w:rPr>
        <w:t>_________________________</w:t>
      </w:r>
    </w:p>
    <w:p w14:paraId="70A40915" w14:textId="77777777" w:rsidR="00E952A0" w:rsidRPr="00F54FC3" w:rsidRDefault="00000000">
      <w:pPr>
        <w:spacing w:after="160"/>
        <w:rPr>
          <w:rFonts w:asciiTheme="majorHAnsi" w:hAnsiTheme="majorHAnsi" w:cstheme="majorHAnsi"/>
          <w:sz w:val="22"/>
        </w:rPr>
      </w:pPr>
      <w:r w:rsidRPr="00F54FC3">
        <w:rPr>
          <w:rFonts w:asciiTheme="majorHAnsi" w:hAnsiTheme="majorHAnsi" w:cstheme="majorHAnsi"/>
          <w:b/>
          <w:sz w:val="22"/>
        </w:rPr>
        <w:t xml:space="preserve">RUT o identificación de quien autoriza:  </w:t>
      </w:r>
      <w:r w:rsidRPr="00F54FC3">
        <w:rPr>
          <w:rFonts w:asciiTheme="majorHAnsi" w:hAnsiTheme="majorHAnsi" w:cstheme="majorHAnsi"/>
          <w:sz w:val="22"/>
        </w:rPr>
        <w:t>______________________________________</w:t>
      </w:r>
    </w:p>
    <w:p w14:paraId="5FFD539A" w14:textId="77777777" w:rsidR="00E952A0" w:rsidRPr="00F54FC3" w:rsidRDefault="00000000">
      <w:pPr>
        <w:spacing w:after="160"/>
        <w:rPr>
          <w:rFonts w:asciiTheme="majorHAnsi" w:hAnsiTheme="majorHAnsi" w:cstheme="majorHAnsi"/>
          <w:sz w:val="22"/>
        </w:rPr>
      </w:pPr>
      <w:r w:rsidRPr="00F54FC3">
        <w:rPr>
          <w:rFonts w:asciiTheme="majorHAnsi" w:hAnsiTheme="majorHAnsi" w:cstheme="majorHAnsi"/>
          <w:b/>
          <w:sz w:val="22"/>
        </w:rPr>
        <w:t xml:space="preserve">Calidad en que autoriza:  </w:t>
      </w:r>
      <w:r w:rsidRPr="00F54FC3">
        <w:rPr>
          <w:rFonts w:asciiTheme="majorHAnsi" w:hAnsiTheme="majorHAnsi" w:cstheme="majorHAnsi"/>
          <w:sz w:val="22"/>
        </w:rPr>
        <w:t>_____________________________________________________</w:t>
      </w:r>
    </w:p>
    <w:p w14:paraId="147D2738" w14:textId="77777777" w:rsidR="00E952A0" w:rsidRPr="00F54FC3" w:rsidRDefault="00000000">
      <w:pPr>
        <w:pStyle w:val="Ttulo2"/>
        <w:rPr>
          <w:rFonts w:cstheme="majorHAnsi"/>
          <w:sz w:val="22"/>
          <w:szCs w:val="22"/>
        </w:rPr>
      </w:pPr>
      <w:r w:rsidRPr="00F54FC3">
        <w:rPr>
          <w:rFonts w:cstheme="majorHAnsi"/>
          <w:sz w:val="22"/>
          <w:szCs w:val="22"/>
        </w:rPr>
        <w:t>Alcance de la autorización</w:t>
      </w:r>
    </w:p>
    <w:p w14:paraId="205654E1"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Autorizo el uso del espacio individualizado para realizar las siguientes actividades del proyecto:</w:t>
      </w:r>
    </w:p>
    <w:p w14:paraId="2B0304CC"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2DDBBD68"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61FE1A91"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6C4E1A12"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0B4B05E0"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Período autorizado: desde ____ / ____ / ______ hasta ____ / ____ / ______</w:t>
      </w:r>
    </w:p>
    <w:p w14:paraId="582D140D"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Condiciones y restricciones para el uso del espacio, si las hubiera:</w:t>
      </w:r>
    </w:p>
    <w:p w14:paraId="546720F8"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1368B9AA"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33A773FE"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3A19AAD2"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___________________________________________________________________________________</w:t>
      </w:r>
    </w:p>
    <w:p w14:paraId="05BB0213"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La autorización se limita a las actividades y condiciones aquí señaladas y no sustituye permisos sectoriales, autorizaciones municipales, derechos de terceros o exigencias de seguridad que correspondan.</w:t>
      </w:r>
    </w:p>
    <w:p w14:paraId="547B934B" w14:textId="77777777" w:rsidR="00F54FC3" w:rsidRDefault="00F54FC3">
      <w:pPr>
        <w:rPr>
          <w:rFonts w:asciiTheme="majorHAnsi" w:hAnsiTheme="majorHAnsi" w:cstheme="majorHAnsi"/>
          <w:sz w:val="22"/>
        </w:rPr>
      </w:pPr>
    </w:p>
    <w:p w14:paraId="724B46D3" w14:textId="16BFBB27" w:rsidR="00E952A0" w:rsidRPr="00F54FC3" w:rsidRDefault="00000000">
      <w:pPr>
        <w:rPr>
          <w:rFonts w:asciiTheme="majorHAnsi" w:hAnsiTheme="majorHAnsi" w:cstheme="majorHAnsi"/>
          <w:sz w:val="22"/>
        </w:rPr>
      </w:pPr>
      <w:r w:rsidRPr="00F54FC3">
        <w:rPr>
          <w:rFonts w:asciiTheme="majorHAnsi" w:hAnsiTheme="majorHAnsi" w:cstheme="majorHAnsi"/>
          <w:sz w:val="22"/>
        </w:rPr>
        <w:t>Nombre de quien autoriza: _______________________________________________</w:t>
      </w:r>
    </w:p>
    <w:p w14:paraId="4CE90822"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Firma y timbre, si corresponde: __________________________________________</w:t>
      </w:r>
    </w:p>
    <w:p w14:paraId="22E9E761"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Fecha: ____ / ____ / ______</w:t>
      </w:r>
    </w:p>
    <w:p w14:paraId="025E44B7"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br w:type="page"/>
      </w:r>
    </w:p>
    <w:p w14:paraId="46ECBF74" w14:textId="77777777" w:rsidR="00F54FC3" w:rsidRDefault="00F54FC3">
      <w:pPr>
        <w:rPr>
          <w:rFonts w:asciiTheme="majorHAnsi" w:hAnsiTheme="majorHAnsi" w:cstheme="majorHAnsi"/>
          <w:b/>
        </w:rPr>
      </w:pPr>
    </w:p>
    <w:p w14:paraId="757ED71A" w14:textId="23CE9311" w:rsidR="00E952A0" w:rsidRPr="00F54FC3" w:rsidRDefault="00000000">
      <w:pPr>
        <w:rPr>
          <w:rFonts w:asciiTheme="majorHAnsi" w:hAnsiTheme="majorHAnsi" w:cstheme="majorHAnsi"/>
          <w:sz w:val="24"/>
          <w:szCs w:val="24"/>
        </w:rPr>
      </w:pPr>
      <w:r w:rsidRPr="00F54FC3">
        <w:rPr>
          <w:rFonts w:asciiTheme="majorHAnsi" w:hAnsiTheme="majorHAnsi" w:cstheme="majorHAnsi"/>
          <w:b/>
          <w:sz w:val="24"/>
          <w:szCs w:val="24"/>
        </w:rPr>
        <w:t>GUÍA COMPLEMENTARIA</w:t>
      </w:r>
    </w:p>
    <w:p w14:paraId="1E0EEA40" w14:textId="77777777" w:rsidR="00E952A0" w:rsidRPr="00A74CB4" w:rsidRDefault="00000000">
      <w:pPr>
        <w:pStyle w:val="Ttulo1"/>
        <w:rPr>
          <w:rFonts w:cstheme="majorHAnsi"/>
        </w:rPr>
      </w:pPr>
      <w:r w:rsidRPr="00A74CB4">
        <w:rPr>
          <w:rFonts w:cstheme="majorHAnsi"/>
        </w:rPr>
        <w:t>Documentos oficiales: cómo presentarlos</w:t>
      </w:r>
    </w:p>
    <w:p w14:paraId="3D3D4FB9"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Los siguientes antecedentes no pueden crearse mediante declaraciones o planillas de este documento: deben corresponder a documentos auténticos, legibles y vigentes, emitidos por las entidades pertinentes.</w:t>
      </w:r>
    </w:p>
    <w:tbl>
      <w:tblPr>
        <w:tblStyle w:val="Tablaconcuadrcula"/>
        <w:tblW w:w="0" w:type="auto"/>
        <w:jc w:val="center"/>
        <w:tblLayout w:type="fixed"/>
        <w:tblLook w:val="04A0" w:firstRow="1" w:lastRow="0" w:firstColumn="1" w:lastColumn="0" w:noHBand="0" w:noVBand="1"/>
      </w:tblPr>
      <w:tblGrid>
        <w:gridCol w:w="3402"/>
        <w:gridCol w:w="6180"/>
      </w:tblGrid>
      <w:tr w:rsidR="00E952A0" w:rsidRPr="00F54FC3" w14:paraId="658B936B" w14:textId="77777777">
        <w:trPr>
          <w:tblHeader/>
          <w:jc w:val="center"/>
        </w:trPr>
        <w:tc>
          <w:tcPr>
            <w:tcW w:w="3402" w:type="dxa"/>
            <w:shd w:val="clear" w:color="auto" w:fill="EAEAEA"/>
            <w:vAlign w:val="center"/>
          </w:tcPr>
          <w:p w14:paraId="74284811"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b/>
                <w:sz w:val="22"/>
              </w:rPr>
              <w:t>Antecedente</w:t>
            </w:r>
          </w:p>
        </w:tc>
        <w:tc>
          <w:tcPr>
            <w:tcW w:w="6180" w:type="dxa"/>
            <w:shd w:val="clear" w:color="auto" w:fill="EAEAEA"/>
            <w:vAlign w:val="center"/>
          </w:tcPr>
          <w:p w14:paraId="4861A88A"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b/>
                <w:sz w:val="22"/>
              </w:rPr>
              <w:t>Recomendación para adjuntar</w:t>
            </w:r>
          </w:p>
        </w:tc>
      </w:tr>
      <w:tr w:rsidR="00E952A0" w:rsidRPr="00F54FC3" w14:paraId="4852FCCA" w14:textId="77777777">
        <w:trPr>
          <w:jc w:val="center"/>
        </w:trPr>
        <w:tc>
          <w:tcPr>
            <w:tcW w:w="3402" w:type="dxa"/>
            <w:vAlign w:val="center"/>
          </w:tcPr>
          <w:p w14:paraId="36A34F2E"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Personalidad jurídica vigente</w:t>
            </w:r>
          </w:p>
        </w:tc>
        <w:tc>
          <w:tcPr>
            <w:tcW w:w="6180" w:type="dxa"/>
            <w:vAlign w:val="center"/>
          </w:tcPr>
          <w:p w14:paraId="32217359"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Certificado o documento oficial que permita verificar existencia legal de la organización.</w:t>
            </w:r>
          </w:p>
        </w:tc>
      </w:tr>
      <w:tr w:rsidR="00E952A0" w:rsidRPr="00F54FC3" w14:paraId="5185EEAB" w14:textId="77777777">
        <w:trPr>
          <w:jc w:val="center"/>
        </w:trPr>
        <w:tc>
          <w:tcPr>
            <w:tcW w:w="3402" w:type="dxa"/>
            <w:vAlign w:val="center"/>
          </w:tcPr>
          <w:p w14:paraId="32B8BAF5"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Directiva vigente (cuando corresponda)</w:t>
            </w:r>
          </w:p>
        </w:tc>
        <w:tc>
          <w:tcPr>
            <w:tcW w:w="6180" w:type="dxa"/>
            <w:vAlign w:val="center"/>
          </w:tcPr>
          <w:p w14:paraId="73E92038"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Certificado emitido por el organismo que lleve el registro correspondiente.</w:t>
            </w:r>
          </w:p>
        </w:tc>
      </w:tr>
      <w:tr w:rsidR="00E952A0" w:rsidRPr="00F54FC3" w14:paraId="1BF7A105" w14:textId="77777777">
        <w:trPr>
          <w:jc w:val="center"/>
        </w:trPr>
        <w:tc>
          <w:tcPr>
            <w:tcW w:w="3402" w:type="dxa"/>
            <w:vAlign w:val="center"/>
          </w:tcPr>
          <w:p w14:paraId="1A21E65F"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RUT de la organización</w:t>
            </w:r>
          </w:p>
        </w:tc>
        <w:tc>
          <w:tcPr>
            <w:tcW w:w="6180" w:type="dxa"/>
            <w:vAlign w:val="center"/>
          </w:tcPr>
          <w:p w14:paraId="218F9298"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Copia legible del documento oficial o certificado que acredite su número de RUT.</w:t>
            </w:r>
          </w:p>
        </w:tc>
      </w:tr>
      <w:tr w:rsidR="00E952A0" w:rsidRPr="00F54FC3" w14:paraId="57124FB9" w14:textId="77777777">
        <w:trPr>
          <w:jc w:val="center"/>
        </w:trPr>
        <w:tc>
          <w:tcPr>
            <w:tcW w:w="3402" w:type="dxa"/>
            <w:vAlign w:val="center"/>
          </w:tcPr>
          <w:p w14:paraId="05E90174"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Cédula del representante legal</w:t>
            </w:r>
          </w:p>
        </w:tc>
        <w:tc>
          <w:tcPr>
            <w:tcW w:w="6180" w:type="dxa"/>
            <w:vAlign w:val="center"/>
          </w:tcPr>
          <w:p w14:paraId="56E9814D"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Fotocopia legible de la cédula de identidad, según bases y resguardos aplicables.</w:t>
            </w:r>
          </w:p>
        </w:tc>
      </w:tr>
      <w:tr w:rsidR="00E952A0" w:rsidRPr="00F54FC3" w14:paraId="07ED5804" w14:textId="77777777">
        <w:trPr>
          <w:jc w:val="center"/>
        </w:trPr>
        <w:tc>
          <w:tcPr>
            <w:tcW w:w="3402" w:type="dxa"/>
            <w:vAlign w:val="center"/>
          </w:tcPr>
          <w:p w14:paraId="7489437F"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Cuenta bancaria institucional</w:t>
            </w:r>
          </w:p>
        </w:tc>
        <w:tc>
          <w:tcPr>
            <w:tcW w:w="6180" w:type="dxa"/>
            <w:vAlign w:val="center"/>
          </w:tcPr>
          <w:p w14:paraId="50EF506D"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Comprobante del banco que identifique el nombre de la organización como titular. No se aceptan cuentas personales.</w:t>
            </w:r>
          </w:p>
        </w:tc>
      </w:tr>
      <w:tr w:rsidR="00E952A0" w:rsidRPr="00F54FC3" w14:paraId="1A75BB4C" w14:textId="77777777">
        <w:trPr>
          <w:jc w:val="center"/>
        </w:trPr>
        <w:tc>
          <w:tcPr>
            <w:tcW w:w="3402" w:type="dxa"/>
            <w:vAlign w:val="center"/>
          </w:tcPr>
          <w:p w14:paraId="375652F1"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Registro Central de Colaboradores (cuando corresponda)</w:t>
            </w:r>
          </w:p>
        </w:tc>
        <w:tc>
          <w:tcPr>
            <w:tcW w:w="6180" w:type="dxa"/>
            <w:vAlign w:val="center"/>
          </w:tcPr>
          <w:p w14:paraId="05B8B7F4" w14:textId="77777777" w:rsidR="00E952A0" w:rsidRPr="00F54FC3" w:rsidRDefault="00000000">
            <w:pPr>
              <w:spacing w:before="20" w:after="20"/>
              <w:rPr>
                <w:rFonts w:asciiTheme="majorHAnsi" w:hAnsiTheme="majorHAnsi" w:cstheme="majorHAnsi"/>
                <w:sz w:val="22"/>
              </w:rPr>
            </w:pPr>
            <w:r w:rsidRPr="00F54FC3">
              <w:rPr>
                <w:rFonts w:asciiTheme="majorHAnsi" w:hAnsiTheme="majorHAnsi" w:cstheme="majorHAnsi"/>
                <w:sz w:val="22"/>
              </w:rPr>
              <w:t>Certificado de inscripción emitido por la plataforma oficial de dicho registro.</w:t>
            </w:r>
          </w:p>
        </w:tc>
      </w:tr>
    </w:tbl>
    <w:p w14:paraId="319F1A2B" w14:textId="77777777" w:rsidR="00E952A0" w:rsidRPr="00F54FC3" w:rsidRDefault="00000000">
      <w:pPr>
        <w:pStyle w:val="Ttulo2"/>
        <w:rPr>
          <w:rFonts w:cstheme="majorHAnsi"/>
          <w:sz w:val="22"/>
          <w:szCs w:val="22"/>
        </w:rPr>
      </w:pPr>
      <w:r w:rsidRPr="00F54FC3">
        <w:rPr>
          <w:rFonts w:cstheme="majorHAnsi"/>
          <w:sz w:val="22"/>
          <w:szCs w:val="22"/>
        </w:rPr>
        <w:t>Guía para el video de presentación</w:t>
      </w:r>
    </w:p>
    <w:p w14:paraId="3FBBA901" w14:textId="77777777" w:rsidR="00E952A0" w:rsidRPr="00F54FC3" w:rsidRDefault="00000000">
      <w:pPr>
        <w:rPr>
          <w:rFonts w:asciiTheme="majorHAnsi" w:hAnsiTheme="majorHAnsi" w:cstheme="majorHAnsi"/>
          <w:sz w:val="22"/>
        </w:rPr>
      </w:pPr>
      <w:r w:rsidRPr="00F54FC3">
        <w:rPr>
          <w:rFonts w:asciiTheme="majorHAnsi" w:hAnsiTheme="majorHAnsi" w:cstheme="majorHAnsi"/>
          <w:sz w:val="22"/>
        </w:rPr>
        <w:t>El video es un requisito independiente de los anexos firmados. La duración máxima establecida en las Bases es de 3 minutos y el enlace debe permitir que el Comité Evaluador lo vea sin solicitar acceso adicional.</w:t>
      </w:r>
    </w:p>
    <w:p w14:paraId="1D4F6CD9"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Nombre del proyecto y presentación de sus jóvenes líderes.</w:t>
      </w:r>
    </w:p>
    <w:p w14:paraId="0B0F8060"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Problema ambiental o climático concreto que buscan resolver en Temuco.</w:t>
      </w:r>
    </w:p>
    <w:p w14:paraId="6CBC978C"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Solución propuesta, actividades principales y resultado esperado.</w:t>
      </w:r>
    </w:p>
    <w:p w14:paraId="1A0ECA4D"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Explicación breve del rol real de liderazgo de las y los jóvenes.</w:t>
      </w:r>
    </w:p>
    <w:p w14:paraId="4473A9F0"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Copiar el enlace correcto en el formulario online y probarlo en modo incógnito o desde otra cuenta.</w:t>
      </w:r>
    </w:p>
    <w:p w14:paraId="244B3E58" w14:textId="77777777" w:rsidR="00E952A0" w:rsidRPr="00F54FC3" w:rsidRDefault="00000000">
      <w:pPr>
        <w:pStyle w:val="Ttulo2"/>
        <w:rPr>
          <w:rFonts w:cstheme="majorHAnsi"/>
          <w:sz w:val="22"/>
          <w:szCs w:val="22"/>
        </w:rPr>
      </w:pPr>
      <w:r w:rsidRPr="00F54FC3">
        <w:rPr>
          <w:rFonts w:cstheme="majorHAnsi"/>
          <w:sz w:val="22"/>
          <w:szCs w:val="22"/>
        </w:rPr>
        <w:t>Antes de enviar la postulación</w:t>
      </w:r>
    </w:p>
    <w:p w14:paraId="75A38DDB"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Verifique que los nombres, RUT, montos y título del proyecto coincidan en el formulario y los anexos.</w:t>
      </w:r>
    </w:p>
    <w:p w14:paraId="1E860D3C"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Compruebe que estén todas las firmas exigidas y que los archivos sean legibles.</w:t>
      </w:r>
    </w:p>
    <w:p w14:paraId="17B6883F"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Adjunte las cotizaciones o respaldos de cada ítem del plan de gastos.</w:t>
      </w:r>
    </w:p>
    <w:p w14:paraId="50959D5F"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Revise el plazo vigente, según la publicación oficial de las Bases y sus eventuales modificaciones.</w:t>
      </w:r>
    </w:p>
    <w:p w14:paraId="16C3201A" w14:textId="77777777" w:rsidR="00E952A0" w:rsidRPr="00F54FC3" w:rsidRDefault="00000000">
      <w:pPr>
        <w:ind w:left="227" w:hanging="170"/>
        <w:rPr>
          <w:rFonts w:asciiTheme="majorHAnsi" w:hAnsiTheme="majorHAnsi" w:cstheme="majorHAnsi"/>
          <w:sz w:val="22"/>
        </w:rPr>
      </w:pPr>
      <w:r w:rsidRPr="00F54FC3">
        <w:rPr>
          <w:rFonts w:asciiTheme="majorHAnsi" w:hAnsiTheme="majorHAnsi" w:cstheme="majorHAnsi"/>
          <w:sz w:val="22"/>
        </w:rPr>
        <w:t>•  Guarde comprobante o folio de envío de la postulación online.</w:t>
      </w:r>
    </w:p>
    <w:p w14:paraId="0BC7E2ED" w14:textId="77777777" w:rsidR="00F54FC3" w:rsidRDefault="00F54FC3">
      <w:pPr>
        <w:spacing w:before="100"/>
        <w:rPr>
          <w:rFonts w:asciiTheme="majorHAnsi" w:hAnsiTheme="majorHAnsi" w:cstheme="majorHAnsi"/>
          <w:i/>
          <w:sz w:val="16"/>
        </w:rPr>
      </w:pPr>
    </w:p>
    <w:p w14:paraId="56B35013" w14:textId="4479B2A9" w:rsidR="00E952A0" w:rsidRPr="00A74CB4" w:rsidRDefault="00000000">
      <w:pPr>
        <w:spacing w:before="100"/>
        <w:rPr>
          <w:rFonts w:asciiTheme="majorHAnsi" w:hAnsiTheme="majorHAnsi" w:cstheme="majorHAnsi"/>
        </w:rPr>
      </w:pPr>
      <w:r w:rsidRPr="00A74CB4">
        <w:rPr>
          <w:rFonts w:asciiTheme="majorHAnsi" w:hAnsiTheme="majorHAnsi" w:cstheme="majorHAnsi"/>
          <w:i/>
          <w:sz w:val="16"/>
        </w:rPr>
        <w:t>Nota: El municipio podrá solicitar otros antecedentes fundadamente en función de la naturaleza del proyecto (numeral 15). Esos documentos no pueden predeterminarse en un modelo general.</w:t>
      </w:r>
    </w:p>
    <w:p w14:paraId="12DE99D9" w14:textId="77777777" w:rsidR="00F54FC3" w:rsidRDefault="00F54FC3">
      <w:pPr>
        <w:rPr>
          <w:rFonts w:asciiTheme="majorHAnsi" w:hAnsiTheme="majorHAnsi" w:cstheme="majorHAnsi"/>
          <w:b/>
          <w:sz w:val="24"/>
          <w:szCs w:val="24"/>
        </w:rPr>
      </w:pPr>
    </w:p>
    <w:p w14:paraId="3813BF72" w14:textId="7AF48D53" w:rsidR="00E952A0" w:rsidRPr="00F54FC3" w:rsidRDefault="00000000">
      <w:pPr>
        <w:rPr>
          <w:rFonts w:asciiTheme="majorHAnsi" w:hAnsiTheme="majorHAnsi" w:cstheme="majorHAnsi"/>
          <w:sz w:val="24"/>
          <w:szCs w:val="24"/>
        </w:rPr>
      </w:pPr>
      <w:r w:rsidRPr="00F54FC3">
        <w:rPr>
          <w:rFonts w:asciiTheme="majorHAnsi" w:hAnsiTheme="majorHAnsi" w:cstheme="majorHAnsi"/>
          <w:b/>
          <w:sz w:val="24"/>
          <w:szCs w:val="24"/>
        </w:rPr>
        <w:t>CONTACTO MUNICIPAL PARA CONSULTAS</w:t>
      </w:r>
    </w:p>
    <w:p w14:paraId="68A44A62" w14:textId="03729805" w:rsidR="00E952A0" w:rsidRPr="00F54FC3" w:rsidRDefault="00F54FC3">
      <w:pPr>
        <w:rPr>
          <w:rFonts w:asciiTheme="majorHAnsi" w:hAnsiTheme="majorHAnsi" w:cstheme="majorHAnsi"/>
          <w:b/>
          <w:bCs/>
          <w:sz w:val="24"/>
          <w:szCs w:val="24"/>
        </w:rPr>
      </w:pPr>
      <w:r w:rsidRPr="00F54FC3">
        <w:rPr>
          <w:rFonts w:asciiTheme="majorHAnsi" w:hAnsiTheme="majorHAnsi" w:cstheme="majorHAnsi"/>
          <w:b/>
          <w:bCs/>
          <w:sz w:val="24"/>
          <w:szCs w:val="24"/>
        </w:rPr>
        <w:t>temucolab@temuco.cl | 45</w:t>
      </w:r>
      <w:r w:rsidR="00000000" w:rsidRPr="00F54FC3">
        <w:rPr>
          <w:rFonts w:asciiTheme="majorHAnsi" w:hAnsiTheme="majorHAnsi" w:cstheme="majorHAnsi"/>
          <w:b/>
          <w:bCs/>
          <w:sz w:val="24"/>
          <w:szCs w:val="24"/>
        </w:rPr>
        <w:t xml:space="preserve"> 297 3167</w:t>
      </w:r>
    </w:p>
    <w:sectPr w:rsidR="00E952A0" w:rsidRPr="00F54FC3" w:rsidSect="00034616">
      <w:headerReference w:type="default" r:id="rId8"/>
      <w:footerReference w:type="default" r:id="rId9"/>
      <w:pgSz w:w="11906" w:h="16838"/>
      <w:pgMar w:top="1134" w:right="1134" w:bottom="964" w:left="1134" w:header="482"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DACAC" w14:textId="77777777" w:rsidR="0060256E" w:rsidRPr="00A74CB4" w:rsidRDefault="0060256E">
      <w:pPr>
        <w:spacing w:after="0" w:line="240" w:lineRule="auto"/>
      </w:pPr>
      <w:r w:rsidRPr="00A74CB4">
        <w:separator/>
      </w:r>
    </w:p>
  </w:endnote>
  <w:endnote w:type="continuationSeparator" w:id="0">
    <w:p w14:paraId="5AB015C5" w14:textId="77777777" w:rsidR="0060256E" w:rsidRPr="00A74CB4" w:rsidRDefault="0060256E">
      <w:pPr>
        <w:spacing w:after="0" w:line="240" w:lineRule="auto"/>
      </w:pPr>
      <w:r w:rsidRPr="00A74C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A03BC" w14:textId="69D78109" w:rsidR="00E952A0" w:rsidRPr="00A74CB4" w:rsidRDefault="00E952A0">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B7CFD" w14:textId="77777777" w:rsidR="0060256E" w:rsidRPr="00A74CB4" w:rsidRDefault="0060256E">
      <w:pPr>
        <w:spacing w:after="0" w:line="240" w:lineRule="auto"/>
      </w:pPr>
      <w:r w:rsidRPr="00A74CB4">
        <w:separator/>
      </w:r>
    </w:p>
  </w:footnote>
  <w:footnote w:type="continuationSeparator" w:id="0">
    <w:p w14:paraId="7C160784" w14:textId="77777777" w:rsidR="0060256E" w:rsidRPr="00A74CB4" w:rsidRDefault="0060256E">
      <w:pPr>
        <w:spacing w:after="0" w:line="240" w:lineRule="auto"/>
      </w:pPr>
      <w:r w:rsidRPr="00A74C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A846" w14:textId="508D6C6E" w:rsidR="00E952A0" w:rsidRPr="00A74CB4" w:rsidRDefault="00A74CB4" w:rsidP="00A74CB4">
    <w:pPr>
      <w:pStyle w:val="Encabezado"/>
    </w:pPr>
    <w:r w:rsidRPr="00A74CB4">
      <w:rPr>
        <w:lang w:eastAsia="es-CL"/>
      </w:rPr>
      <w:drawing>
        <wp:anchor distT="0" distB="0" distL="114300" distR="114300" simplePos="0" relativeHeight="251659264" behindDoc="1" locked="0" layoutInCell="1" allowOverlap="1" wp14:anchorId="2BDA05BE" wp14:editId="63C7F93F">
          <wp:simplePos x="0" y="0"/>
          <wp:positionH relativeFrom="margin">
            <wp:posOffset>-294640</wp:posOffset>
          </wp:positionH>
          <wp:positionV relativeFrom="paragraph">
            <wp:posOffset>-84455</wp:posOffset>
          </wp:positionV>
          <wp:extent cx="711200" cy="529590"/>
          <wp:effectExtent l="0" t="0" r="0" b="3810"/>
          <wp:wrapThrough wrapText="bothSides">
            <wp:wrapPolygon edited="0">
              <wp:start x="0" y="0"/>
              <wp:lineTo x="0" y="20978"/>
              <wp:lineTo x="20829" y="20978"/>
              <wp:lineTo x="20829" y="0"/>
              <wp:lineTo x="0" y="0"/>
            </wp:wrapPolygon>
          </wp:wrapThrough>
          <wp:docPr id="3725319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t="14012" b="11465"/>
                  <a:stretch>
                    <a:fillRect/>
                  </a:stretch>
                </pic:blipFill>
                <pic:spPr bwMode="auto">
                  <a:xfrm>
                    <a:off x="0" y="0"/>
                    <a:ext cx="711200" cy="529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4CB4">
      <w:rPr>
        <w:lang w:eastAsia="es-CL"/>
      </w:rPr>
      <w:drawing>
        <wp:anchor distT="0" distB="0" distL="114300" distR="114300" simplePos="0" relativeHeight="251660288" behindDoc="0" locked="0" layoutInCell="1" allowOverlap="1" wp14:anchorId="38F9B571" wp14:editId="0DDF84A7">
          <wp:simplePos x="0" y="0"/>
          <wp:positionH relativeFrom="margin">
            <wp:posOffset>2632710</wp:posOffset>
          </wp:positionH>
          <wp:positionV relativeFrom="paragraph">
            <wp:posOffset>-96520</wp:posOffset>
          </wp:positionV>
          <wp:extent cx="654050" cy="654050"/>
          <wp:effectExtent l="0" t="0" r="0" b="0"/>
          <wp:wrapNone/>
          <wp:docPr id="8788489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4CB4">
      <w:rPr>
        <w:rFonts w:cs="Arial"/>
        <w:b/>
        <w:bCs/>
        <w:sz w:val="56"/>
        <w:szCs w:val="56"/>
      </w:rPr>
      <w:drawing>
        <wp:anchor distT="0" distB="0" distL="114300" distR="114300" simplePos="0" relativeHeight="251663360" behindDoc="0" locked="0" layoutInCell="1" allowOverlap="1" wp14:anchorId="28411AC4" wp14:editId="23DC0B14">
          <wp:simplePos x="0" y="0"/>
          <wp:positionH relativeFrom="column">
            <wp:posOffset>892810</wp:posOffset>
          </wp:positionH>
          <wp:positionV relativeFrom="paragraph">
            <wp:posOffset>-152908</wp:posOffset>
          </wp:positionV>
          <wp:extent cx="1293090" cy="711200"/>
          <wp:effectExtent l="0" t="0" r="0" b="0"/>
          <wp:wrapNone/>
          <wp:docPr id="173819225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t="28961" b="27042"/>
                  <a:stretch>
                    <a:fillRect/>
                  </a:stretch>
                </pic:blipFill>
                <pic:spPr bwMode="auto">
                  <a:xfrm>
                    <a:off x="0" y="0"/>
                    <a:ext cx="1293090" cy="71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74CB4">
      <w:rPr>
        <w:lang w:eastAsia="es-CL"/>
      </w:rPr>
      <w:drawing>
        <wp:anchor distT="0" distB="0" distL="114300" distR="114300" simplePos="0" relativeHeight="251662336" behindDoc="0" locked="0" layoutInCell="1" allowOverlap="1" wp14:anchorId="234B2F16" wp14:editId="383E1E83">
          <wp:simplePos x="0" y="0"/>
          <wp:positionH relativeFrom="column">
            <wp:posOffset>5122545</wp:posOffset>
          </wp:positionH>
          <wp:positionV relativeFrom="paragraph">
            <wp:posOffset>-48260</wp:posOffset>
          </wp:positionV>
          <wp:extent cx="1326289" cy="319632"/>
          <wp:effectExtent l="0" t="0" r="7620" b="4445"/>
          <wp:wrapNone/>
          <wp:docPr id="3802609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108619" name=""/>
                  <pic:cNvPicPr/>
                </pic:nvPicPr>
                <pic:blipFill>
                  <a:blip r:embed="rId4">
                    <a:extLst>
                      <a:ext uri="{28A0092B-C50C-407E-A947-70E740481C1C}">
                        <a14:useLocalDpi xmlns:a14="http://schemas.microsoft.com/office/drawing/2010/main" val="0"/>
                      </a:ext>
                    </a:extLst>
                  </a:blip>
                  <a:stretch>
                    <a:fillRect/>
                  </a:stretch>
                </pic:blipFill>
                <pic:spPr>
                  <a:xfrm>
                    <a:off x="0" y="0"/>
                    <a:ext cx="1326289" cy="319632"/>
                  </a:xfrm>
                  <a:prstGeom prst="rect">
                    <a:avLst/>
                  </a:prstGeom>
                </pic:spPr>
              </pic:pic>
            </a:graphicData>
          </a:graphic>
          <wp14:sizeRelH relativeFrom="page">
            <wp14:pctWidth>0</wp14:pctWidth>
          </wp14:sizeRelH>
          <wp14:sizeRelV relativeFrom="page">
            <wp14:pctHeight>0</wp14:pctHeight>
          </wp14:sizeRelV>
        </wp:anchor>
      </w:drawing>
    </w:r>
    <w:r w:rsidRPr="00A74CB4">
      <w:rPr>
        <w:lang w:eastAsia="es-CL"/>
      </w:rPr>
      <w:drawing>
        <wp:anchor distT="0" distB="0" distL="114300" distR="114300" simplePos="0" relativeHeight="251661312" behindDoc="0" locked="0" layoutInCell="1" allowOverlap="1" wp14:anchorId="027D8036" wp14:editId="66096BA7">
          <wp:simplePos x="0" y="0"/>
          <wp:positionH relativeFrom="column">
            <wp:posOffset>3858260</wp:posOffset>
          </wp:positionH>
          <wp:positionV relativeFrom="paragraph">
            <wp:posOffset>-47625</wp:posOffset>
          </wp:positionV>
          <wp:extent cx="1015119" cy="330186"/>
          <wp:effectExtent l="0" t="0" r="0" b="0"/>
          <wp:wrapNone/>
          <wp:docPr id="1479298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7760" name=""/>
                  <pic:cNvPicPr/>
                </pic:nvPicPr>
                <pic:blipFill>
                  <a:blip r:embed="rId5">
                    <a:extLst>
                      <a:ext uri="{28A0092B-C50C-407E-A947-70E740481C1C}">
                        <a14:useLocalDpi xmlns:a14="http://schemas.microsoft.com/office/drawing/2010/main" val="0"/>
                      </a:ext>
                    </a:extLst>
                  </a:blip>
                  <a:stretch>
                    <a:fillRect/>
                  </a:stretch>
                </pic:blipFill>
                <pic:spPr>
                  <a:xfrm>
                    <a:off x="0" y="0"/>
                    <a:ext cx="1015119" cy="3301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884023993">
    <w:abstractNumId w:val="8"/>
  </w:num>
  <w:num w:numId="2" w16cid:durableId="1652709967">
    <w:abstractNumId w:val="6"/>
  </w:num>
  <w:num w:numId="3" w16cid:durableId="308484109">
    <w:abstractNumId w:val="5"/>
  </w:num>
  <w:num w:numId="4" w16cid:durableId="778529838">
    <w:abstractNumId w:val="4"/>
  </w:num>
  <w:num w:numId="5" w16cid:durableId="749814280">
    <w:abstractNumId w:val="7"/>
  </w:num>
  <w:num w:numId="6" w16cid:durableId="484854956">
    <w:abstractNumId w:val="3"/>
  </w:num>
  <w:num w:numId="7" w16cid:durableId="1598367282">
    <w:abstractNumId w:val="2"/>
  </w:num>
  <w:num w:numId="8" w16cid:durableId="1938900287">
    <w:abstractNumId w:val="1"/>
  </w:num>
  <w:num w:numId="9" w16cid:durableId="1442190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0256E"/>
    <w:rsid w:val="00A74CB4"/>
    <w:rsid w:val="00A76D9F"/>
    <w:rsid w:val="00AA1D8D"/>
    <w:rsid w:val="00B47730"/>
    <w:rsid w:val="00CB0664"/>
    <w:rsid w:val="00D90C0F"/>
    <w:rsid w:val="00DE30B3"/>
    <w:rsid w:val="00E952A0"/>
    <w:rsid w:val="00F54F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D5CD5C"/>
  <w14:defaultImageDpi w14:val="300"/>
  <w15:docId w15:val="{1B2A3ED3-8105-44D0-AC36-5377D78C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Arial" w:hAnsi="Arial"/>
      <w:color w:val="000000"/>
      <w:sz w:val="19"/>
      <w:lang w:val="es-CL"/>
    </w:rPr>
  </w:style>
  <w:style w:type="paragraph" w:styleId="Ttulo1">
    <w:name w:val="heading 1"/>
    <w:basedOn w:val="Normal"/>
    <w:next w:val="Normal"/>
    <w:link w:val="Ttulo1Car"/>
    <w:uiPriority w:val="9"/>
    <w:qFormat/>
    <w:rsid w:val="00FC693F"/>
    <w:pPr>
      <w:keepNext/>
      <w:keepLines/>
      <w:spacing w:before="240" w:after="140"/>
      <w:outlineLvl w:val="0"/>
    </w:pPr>
    <w:rPr>
      <w:rFonts w:asciiTheme="majorHAnsi" w:eastAsiaTheme="majorEastAsia" w:hAnsiTheme="majorHAnsi" w:cstheme="majorBidi"/>
      <w:b/>
      <w:bCs/>
      <w:sz w:val="25"/>
      <w:szCs w:val="28"/>
    </w:rPr>
  </w:style>
  <w:style w:type="paragraph" w:styleId="Ttulo2">
    <w:name w:val="heading 2"/>
    <w:basedOn w:val="Normal"/>
    <w:next w:val="Normal"/>
    <w:link w:val="Ttulo2Car"/>
    <w:uiPriority w:val="9"/>
    <w:unhideWhenUsed/>
    <w:qFormat/>
    <w:rsid w:val="00FC693F"/>
    <w:pPr>
      <w:keepNext/>
      <w:keepLines/>
      <w:spacing w:before="180"/>
      <w:outlineLvl w:val="1"/>
    </w:pPr>
    <w:rPr>
      <w:rFonts w:asciiTheme="majorHAnsi" w:eastAsiaTheme="majorEastAsia" w:hAnsiTheme="majorHAnsi" w:cstheme="majorBidi"/>
      <w:b/>
      <w:bCs/>
      <w:sz w:val="21"/>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280" w:line="240" w:lineRule="auto"/>
      <w:contextualSpacing/>
    </w:pPr>
    <w:rPr>
      <w:rFonts w:asciiTheme="majorHAnsi" w:eastAsiaTheme="majorEastAsia" w:hAnsiTheme="majorHAnsi" w:cstheme="majorBidi"/>
      <w:b/>
      <w:spacing w:val="5"/>
      <w:kern w:val="28"/>
      <w:sz w:val="3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2957</Words>
  <Characters>16268</Characters>
  <Application>Microsoft Office Word</Application>
  <DocSecurity>0</DocSecurity>
  <Lines>135</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Formatos de postulación – Fondo Juventud y Acción Climática 2026</vt:lpstr>
      <vt:lpstr/>
    </vt:vector>
  </TitlesOfParts>
  <Manager/>
  <Company/>
  <LinksUpToDate>false</LinksUpToDate>
  <CharactersWithSpaces>19187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de postulación – Fondo Juventud y Acción Climática 2026</dc:title>
  <dc:subject>Anexos documentales y listas de verificación</dc:subject>
  <dc:creator>Municipalidad de Temuco – documento de trabajo</dc:creator>
  <cp:keywords/>
  <dc:description>generated by python-docx</dc:description>
  <cp:lastModifiedBy>Alvaro Parra</cp:lastModifiedBy>
  <cp:revision>2</cp:revision>
  <dcterms:created xsi:type="dcterms:W3CDTF">2026-10-20T14:42:00Z</dcterms:created>
  <dcterms:modified xsi:type="dcterms:W3CDTF">2026-10-20T14:42:00Z</dcterms:modified>
  <cp:category/>
</cp:coreProperties>
</file>